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0"/>
        <w:tblW w:w="10349" w:type="dxa"/>
        <w:tblInd w:w="-856" w:type="dxa"/>
        <w:tblLook w:val="04A0" w:firstRow="1" w:lastRow="0" w:firstColumn="1" w:lastColumn="0" w:noHBand="0" w:noVBand="1"/>
      </w:tblPr>
      <w:tblGrid>
        <w:gridCol w:w="5246"/>
        <w:gridCol w:w="5103"/>
      </w:tblGrid>
      <w:tr w:rsidR="00180DAD" w:rsidRPr="006246ED" w:rsidTr="006456F0">
        <w:trPr>
          <w:trHeight w:val="983"/>
        </w:trPr>
        <w:tc>
          <w:tcPr>
            <w:tcW w:w="5246" w:type="dxa"/>
          </w:tcPr>
          <w:p w:rsidR="0020029F" w:rsidRPr="0020029F" w:rsidRDefault="0020029F" w:rsidP="0020029F">
            <w:pPr>
              <w:jc w:val="center"/>
              <w:rPr>
                <w:rFonts w:cs="Times New Roman"/>
                <w:b/>
                <w:sz w:val="24"/>
                <w:szCs w:val="24"/>
                <w:lang w:val="ru-RU"/>
              </w:rPr>
            </w:pPr>
            <w:r w:rsidRPr="0020029F">
              <w:rPr>
                <w:rFonts w:cs="Times New Roman"/>
                <w:b/>
                <w:sz w:val="24"/>
                <w:szCs w:val="24"/>
                <w:lang w:val="ru-RU"/>
              </w:rPr>
              <w:t>ПУБЛИЧНАЯ ОФЕРТА</w:t>
            </w:r>
          </w:p>
          <w:p w:rsidR="00180DAD" w:rsidRDefault="0020029F" w:rsidP="0020029F">
            <w:pPr>
              <w:jc w:val="center"/>
              <w:rPr>
                <w:rFonts w:cs="Times New Roman"/>
                <w:sz w:val="24"/>
                <w:szCs w:val="24"/>
                <w:lang w:val="ru-RU"/>
              </w:rPr>
            </w:pPr>
            <w:r w:rsidRPr="0020029F">
              <w:rPr>
                <w:rFonts w:cs="Times New Roman"/>
                <w:b/>
                <w:sz w:val="24"/>
                <w:szCs w:val="24"/>
                <w:lang w:val="ru-RU"/>
              </w:rPr>
              <w:t>о</w:t>
            </w:r>
            <w:r w:rsidR="00180DAD" w:rsidRPr="0020029F">
              <w:rPr>
                <w:rFonts w:cs="Times New Roman"/>
                <w:b/>
                <w:sz w:val="24"/>
                <w:szCs w:val="24"/>
                <w:lang w:val="ru-RU"/>
              </w:rPr>
              <w:t xml:space="preserve"> </w:t>
            </w:r>
            <w:r w:rsidRPr="0020029F">
              <w:rPr>
                <w:rFonts w:cs="Times New Roman"/>
                <w:b/>
                <w:sz w:val="24"/>
                <w:szCs w:val="24"/>
                <w:lang w:val="ru-RU"/>
              </w:rPr>
              <w:t>заключении</w:t>
            </w:r>
            <w:r w:rsidR="00180DAD" w:rsidRPr="0020029F">
              <w:rPr>
                <w:rFonts w:cs="Times New Roman"/>
                <w:b/>
                <w:sz w:val="24"/>
                <w:szCs w:val="24"/>
                <w:lang w:val="ru-RU"/>
              </w:rPr>
              <w:t xml:space="preserve"> договора на ока</w:t>
            </w:r>
            <w:r w:rsidR="006456F0">
              <w:rPr>
                <w:rFonts w:cs="Times New Roman"/>
                <w:b/>
                <w:sz w:val="24"/>
                <w:szCs w:val="24"/>
                <w:lang w:val="ru-RU"/>
              </w:rPr>
              <w:t>зание платных медицинских услуг</w:t>
            </w:r>
          </w:p>
        </w:tc>
        <w:tc>
          <w:tcPr>
            <w:tcW w:w="5103" w:type="dxa"/>
          </w:tcPr>
          <w:p w:rsidR="006456F0" w:rsidRDefault="006456F0" w:rsidP="006456F0">
            <w:pPr>
              <w:jc w:val="center"/>
              <w:outlineLvl w:val="2"/>
              <w:rPr>
                <w:rFonts w:cs="Times New Roman"/>
                <w:b/>
                <w:sz w:val="24"/>
                <w:szCs w:val="24"/>
                <w:lang w:val="ru-RU" w:eastAsia="ru-RU"/>
              </w:rPr>
            </w:pPr>
            <w:r>
              <w:rPr>
                <w:rFonts w:cs="Times New Roman"/>
                <w:b/>
                <w:sz w:val="24"/>
                <w:szCs w:val="24"/>
                <w:lang w:val="ru-RU" w:eastAsia="ru-RU"/>
              </w:rPr>
              <w:t>А</w:t>
            </w:r>
            <w:r w:rsidRPr="006456F0">
              <w:rPr>
                <w:rFonts w:cs="Times New Roman"/>
                <w:b/>
                <w:sz w:val="24"/>
                <w:szCs w:val="24"/>
                <w:lang w:val="ru-RU" w:eastAsia="ru-RU"/>
              </w:rPr>
              <w:t>қылы медициналық қызметтер көрсету туралы шарт жасасу туралы</w:t>
            </w:r>
          </w:p>
          <w:p w:rsidR="006456F0" w:rsidRDefault="006456F0" w:rsidP="006456F0">
            <w:pPr>
              <w:jc w:val="center"/>
              <w:outlineLvl w:val="2"/>
              <w:rPr>
                <w:rFonts w:cs="Times New Roman"/>
                <w:b/>
                <w:bCs/>
                <w:sz w:val="27"/>
                <w:szCs w:val="27"/>
                <w:lang w:val="ru-RU" w:eastAsia="ru-RU"/>
              </w:rPr>
            </w:pPr>
            <w:r w:rsidRPr="006456F0">
              <w:rPr>
                <w:rFonts w:cs="Times New Roman"/>
                <w:b/>
                <w:bCs/>
                <w:sz w:val="27"/>
                <w:szCs w:val="27"/>
                <w:lang w:val="ru-RU" w:eastAsia="ru-RU"/>
              </w:rPr>
              <w:t xml:space="preserve"> ЖАРИЯ ОФЕРТА</w:t>
            </w:r>
          </w:p>
          <w:p w:rsidR="00180DAD" w:rsidRPr="006456F0" w:rsidRDefault="00180DAD" w:rsidP="006456F0">
            <w:pPr>
              <w:jc w:val="center"/>
              <w:outlineLvl w:val="2"/>
              <w:rPr>
                <w:rFonts w:cs="Times New Roman"/>
                <w:b/>
                <w:sz w:val="24"/>
                <w:szCs w:val="24"/>
                <w:lang w:val="ru-RU" w:eastAsia="ru-RU"/>
              </w:rPr>
            </w:pPr>
          </w:p>
        </w:tc>
      </w:tr>
      <w:tr w:rsidR="00983386" w:rsidRPr="006456F0" w:rsidTr="00983386">
        <w:trPr>
          <w:trHeight w:val="432"/>
        </w:trPr>
        <w:tc>
          <w:tcPr>
            <w:tcW w:w="5246" w:type="dxa"/>
          </w:tcPr>
          <w:p w:rsidR="00983386" w:rsidRPr="001543E6" w:rsidRDefault="00983386" w:rsidP="00983386">
            <w:pPr>
              <w:spacing w:after="120"/>
              <w:jc w:val="both"/>
              <w:rPr>
                <w:rFonts w:cs="Times New Roman"/>
                <w:b/>
                <w:sz w:val="24"/>
                <w:szCs w:val="24"/>
                <w:lang w:val="ru-RU"/>
              </w:rPr>
            </w:pPr>
            <w:r>
              <w:rPr>
                <w:rFonts w:cs="Times New Roman"/>
                <w:b/>
                <w:sz w:val="24"/>
                <w:szCs w:val="24"/>
                <w:lang w:val="ru-RU"/>
              </w:rPr>
              <w:t>1. ТЕРМИНЫ И ОПРЕДЕЛЕНИЯ</w:t>
            </w:r>
          </w:p>
        </w:tc>
        <w:tc>
          <w:tcPr>
            <w:tcW w:w="5103" w:type="dxa"/>
          </w:tcPr>
          <w:p w:rsidR="00983386" w:rsidRPr="006456F0" w:rsidRDefault="006456F0">
            <w:pPr>
              <w:pStyle w:val="aa"/>
              <w:pBdr>
                <w:bottom w:val="none" w:sz="0" w:space="0" w:color="auto"/>
              </w:pBdr>
              <w:rPr>
                <w:rFonts w:ascii="Times New Roman" w:eastAsia="Times New Roman" w:hAnsi="Times New Roman" w:cs="Times New Roman"/>
                <w:b/>
                <w:color w:val="auto"/>
                <w:spacing w:val="0"/>
                <w:kern w:val="0"/>
                <w:sz w:val="24"/>
                <w:szCs w:val="24"/>
                <w:lang w:val="ru-RU"/>
              </w:rPr>
            </w:pPr>
            <w:r w:rsidRPr="006456F0">
              <w:rPr>
                <w:rFonts w:ascii="Times New Roman" w:eastAsia="Times New Roman" w:hAnsi="Times New Roman" w:cs="Times New Roman"/>
                <w:b/>
                <w:color w:val="auto"/>
                <w:spacing w:val="0"/>
                <w:kern w:val="0"/>
                <w:sz w:val="24"/>
                <w:szCs w:val="24"/>
                <w:lang w:val="ru-RU"/>
              </w:rPr>
              <w:t>1. ТЕРМИНДЕР МЕН АНЫҚТАМАЛАР</w:t>
            </w:r>
          </w:p>
        </w:tc>
      </w:tr>
      <w:tr w:rsidR="00983386" w:rsidRPr="00812E08" w:rsidTr="0020029F">
        <w:trPr>
          <w:trHeight w:val="1700"/>
        </w:trPr>
        <w:tc>
          <w:tcPr>
            <w:tcW w:w="5246" w:type="dxa"/>
          </w:tcPr>
          <w:p w:rsidR="00983386" w:rsidRPr="00983386" w:rsidRDefault="00983386" w:rsidP="00B95D9E">
            <w:pPr>
              <w:spacing w:after="120"/>
              <w:jc w:val="both"/>
              <w:rPr>
                <w:bCs/>
                <w:sz w:val="24"/>
                <w:szCs w:val="24"/>
                <w:lang w:val="ru-RU"/>
              </w:rPr>
            </w:pPr>
            <w:r>
              <w:rPr>
                <w:rStyle w:val="af6"/>
                <w:sz w:val="24"/>
                <w:szCs w:val="24"/>
                <w:lang w:val="ru-RU"/>
              </w:rPr>
              <w:t xml:space="preserve">Акцепт – </w:t>
            </w:r>
            <w:r w:rsidRPr="0015284C">
              <w:rPr>
                <w:rStyle w:val="af6"/>
                <w:b w:val="0"/>
                <w:sz w:val="24"/>
                <w:szCs w:val="24"/>
                <w:lang w:val="ru-RU"/>
              </w:rPr>
              <w:t xml:space="preserve">полное и безоговорочное принятие Пациентом условий публичной оферты </w:t>
            </w:r>
            <w:r w:rsidR="009272E6" w:rsidRPr="009272E6">
              <w:rPr>
                <w:rStyle w:val="af6"/>
                <w:b w:val="0"/>
                <w:sz w:val="24"/>
                <w:szCs w:val="24"/>
                <w:lang w:val="ru-RU"/>
              </w:rPr>
              <w:t>о заключении договора на оказание платных медицинских услуг</w:t>
            </w:r>
            <w:r w:rsidRPr="0015284C">
              <w:rPr>
                <w:rStyle w:val="af6"/>
                <w:b w:val="0"/>
                <w:sz w:val="24"/>
                <w:szCs w:val="24"/>
                <w:lang w:val="ru-RU"/>
              </w:rPr>
              <w:t xml:space="preserve">, выраженное способом, установленным в настоящей оферте, включая, но не ограничиваясь: подписанием заявления-акцепта, оплатой услуг либо иным однозначным действием, свидетельствующим о </w:t>
            </w:r>
            <w:r w:rsidR="00B95D9E">
              <w:rPr>
                <w:rStyle w:val="af6"/>
                <w:b w:val="0"/>
                <w:sz w:val="24"/>
                <w:szCs w:val="24"/>
                <w:lang w:val="ru-RU"/>
              </w:rPr>
              <w:t xml:space="preserve">его </w:t>
            </w:r>
            <w:r w:rsidRPr="0015284C">
              <w:rPr>
                <w:rStyle w:val="af6"/>
                <w:b w:val="0"/>
                <w:sz w:val="24"/>
                <w:szCs w:val="24"/>
                <w:lang w:val="ru-RU"/>
              </w:rPr>
              <w:t>согласии с её условиями.</w:t>
            </w:r>
            <w:r w:rsidRPr="00EB7B08">
              <w:rPr>
                <w:lang w:val="ru-RU"/>
              </w:rPr>
              <w:t xml:space="preserve"> </w:t>
            </w:r>
            <w:r w:rsidR="00B95D9E">
              <w:rPr>
                <w:sz w:val="24"/>
                <w:szCs w:val="24"/>
                <w:lang w:val="ru-RU"/>
              </w:rPr>
              <w:t xml:space="preserve">Выражение </w:t>
            </w:r>
            <w:r w:rsidRPr="00EB7B08">
              <w:rPr>
                <w:rStyle w:val="af6"/>
                <w:b w:val="0"/>
                <w:sz w:val="24"/>
                <w:szCs w:val="24"/>
                <w:lang w:val="ru-RU"/>
              </w:rPr>
              <w:t>Акцепт</w:t>
            </w:r>
            <w:r w:rsidR="00B95D9E">
              <w:rPr>
                <w:rStyle w:val="af6"/>
                <w:b w:val="0"/>
                <w:sz w:val="24"/>
                <w:szCs w:val="24"/>
                <w:lang w:val="ru-RU"/>
              </w:rPr>
              <w:t>а</w:t>
            </w:r>
            <w:r w:rsidRPr="00EB7B08">
              <w:rPr>
                <w:rStyle w:val="af6"/>
                <w:b w:val="0"/>
                <w:sz w:val="24"/>
                <w:szCs w:val="24"/>
                <w:lang w:val="ru-RU"/>
              </w:rPr>
              <w:t xml:space="preserve"> </w:t>
            </w:r>
            <w:r>
              <w:rPr>
                <w:rStyle w:val="af6"/>
                <w:b w:val="0"/>
                <w:sz w:val="24"/>
                <w:szCs w:val="24"/>
                <w:lang w:val="ru-RU"/>
              </w:rPr>
              <w:t>является заключением д</w:t>
            </w:r>
            <w:r w:rsidRPr="00EB7B08">
              <w:rPr>
                <w:rStyle w:val="af6"/>
                <w:b w:val="0"/>
                <w:sz w:val="24"/>
                <w:szCs w:val="24"/>
                <w:lang w:val="ru-RU"/>
              </w:rPr>
              <w:t xml:space="preserve">оговора </w:t>
            </w:r>
            <w:r w:rsidR="00812E08">
              <w:rPr>
                <w:rStyle w:val="af6"/>
                <w:b w:val="0"/>
                <w:sz w:val="24"/>
                <w:szCs w:val="24"/>
                <w:lang w:val="ru-RU"/>
              </w:rPr>
              <w:t xml:space="preserve">в соответствии со ст. 395, 396, </w:t>
            </w:r>
            <w:r w:rsidRPr="00EB7B08">
              <w:rPr>
                <w:rStyle w:val="af6"/>
                <w:b w:val="0"/>
                <w:sz w:val="24"/>
                <w:szCs w:val="24"/>
                <w:lang w:val="ru-RU"/>
              </w:rPr>
              <w:t xml:space="preserve"> 448 </w:t>
            </w:r>
            <w:r w:rsidR="00812E08">
              <w:rPr>
                <w:rStyle w:val="af6"/>
                <w:b w:val="0"/>
                <w:sz w:val="24"/>
                <w:szCs w:val="24"/>
                <w:lang w:val="ru-RU"/>
              </w:rPr>
              <w:t xml:space="preserve">и 683-685 </w:t>
            </w:r>
            <w:r w:rsidRPr="00EB7B08">
              <w:rPr>
                <w:rStyle w:val="af6"/>
                <w:b w:val="0"/>
                <w:sz w:val="24"/>
                <w:szCs w:val="24"/>
                <w:lang w:val="ru-RU"/>
              </w:rPr>
              <w:t>Гражданского кодекса РК.</w:t>
            </w:r>
          </w:p>
        </w:tc>
        <w:tc>
          <w:tcPr>
            <w:tcW w:w="5103" w:type="dxa"/>
          </w:tcPr>
          <w:p w:rsidR="00983386" w:rsidRDefault="006456F0" w:rsidP="00812E08">
            <w:pPr>
              <w:pStyle w:val="aa"/>
              <w:pBdr>
                <w:bottom w:val="none" w:sz="0" w:space="0" w:color="auto"/>
              </w:pBdr>
              <w:jc w:val="both"/>
              <w:rPr>
                <w:rFonts w:ascii="Times New Roman" w:hAnsi="Times New Roman" w:cs="Times New Roman"/>
                <w:sz w:val="24"/>
                <w:szCs w:val="24"/>
                <w:lang w:val="ru-RU"/>
              </w:rPr>
            </w:pPr>
            <w:r w:rsidRPr="006456F0">
              <w:rPr>
                <w:rFonts w:ascii="Times New Roman" w:hAnsi="Times New Roman" w:cs="Times New Roman"/>
                <w:b/>
                <w:color w:val="000000" w:themeColor="text1"/>
                <w:sz w:val="24"/>
                <w:szCs w:val="24"/>
                <w:lang w:val="ru-RU"/>
              </w:rPr>
              <w:t>Акцепт</w:t>
            </w:r>
            <w:r w:rsidRPr="006456F0">
              <w:rPr>
                <w:rFonts w:ascii="Times New Roman" w:hAnsi="Times New Roman" w:cs="Times New Roman"/>
                <w:color w:val="000000" w:themeColor="text1"/>
                <w:sz w:val="24"/>
                <w:szCs w:val="24"/>
                <w:lang w:val="ru-RU"/>
              </w:rPr>
              <w:t xml:space="preserve"> – Пациенттің </w:t>
            </w:r>
            <w:r w:rsidR="009272E6">
              <w:rPr>
                <w:rFonts w:ascii="Times New Roman" w:hAnsi="Times New Roman" w:cs="Times New Roman"/>
                <w:color w:val="000000" w:themeColor="text1"/>
                <w:sz w:val="24"/>
                <w:szCs w:val="24"/>
                <w:lang w:val="ru-RU"/>
              </w:rPr>
              <w:t>а</w:t>
            </w:r>
            <w:r w:rsidR="009272E6" w:rsidRPr="009272E6">
              <w:rPr>
                <w:rFonts w:ascii="Times New Roman" w:hAnsi="Times New Roman" w:cs="Times New Roman"/>
                <w:color w:val="000000" w:themeColor="text1"/>
                <w:sz w:val="24"/>
                <w:szCs w:val="24"/>
                <w:lang w:val="ru-RU"/>
              </w:rPr>
              <w:t>қылы медициналық қызметтер көрсету туралы шарт жасасу туралы</w:t>
            </w:r>
            <w:r w:rsidR="009272E6">
              <w:rPr>
                <w:rFonts w:ascii="Times New Roman" w:hAnsi="Times New Roman" w:cs="Times New Roman"/>
                <w:color w:val="000000" w:themeColor="text1"/>
                <w:sz w:val="24"/>
                <w:szCs w:val="24"/>
                <w:lang w:val="ru-RU"/>
              </w:rPr>
              <w:t xml:space="preserve"> </w:t>
            </w:r>
            <w:r w:rsidR="009272E6" w:rsidRPr="006456F0">
              <w:rPr>
                <w:rFonts w:ascii="Times New Roman" w:hAnsi="Times New Roman" w:cs="Times New Roman"/>
                <w:color w:val="000000" w:themeColor="text1"/>
                <w:sz w:val="24"/>
                <w:szCs w:val="24"/>
                <w:lang w:val="ru-RU"/>
              </w:rPr>
              <w:t>Жария Оферта</w:t>
            </w:r>
            <w:r w:rsidR="009272E6">
              <w:rPr>
                <w:rFonts w:ascii="Times New Roman" w:hAnsi="Times New Roman" w:cs="Times New Roman"/>
                <w:color w:val="000000" w:themeColor="text1"/>
                <w:sz w:val="24"/>
                <w:szCs w:val="24"/>
                <w:lang w:val="ru-RU"/>
              </w:rPr>
              <w:t>ны</w:t>
            </w:r>
            <w:r w:rsidR="009272E6">
              <w:rPr>
                <w:rFonts w:ascii="Times New Roman" w:hAnsi="Times New Roman" w:cs="Times New Roman"/>
                <w:color w:val="000000" w:themeColor="text1"/>
                <w:sz w:val="24"/>
                <w:szCs w:val="24"/>
                <w:lang w:val="kk-KZ"/>
              </w:rPr>
              <w:t xml:space="preserve">ң шарттарын </w:t>
            </w:r>
            <w:r w:rsidR="009272E6" w:rsidRPr="009272E6">
              <w:rPr>
                <w:rFonts w:ascii="Times New Roman" w:hAnsi="Times New Roman" w:cs="Times New Roman"/>
                <w:color w:val="000000" w:themeColor="text1"/>
                <w:sz w:val="24"/>
                <w:szCs w:val="24"/>
                <w:lang w:val="ru-RU"/>
              </w:rPr>
              <w:t xml:space="preserve">толық әрi бұлтарыссыз </w:t>
            </w:r>
            <w:r w:rsidR="009272E6">
              <w:rPr>
                <w:rFonts w:ascii="Times New Roman" w:hAnsi="Times New Roman" w:cs="Times New Roman"/>
                <w:color w:val="000000" w:themeColor="text1"/>
                <w:sz w:val="24"/>
                <w:szCs w:val="24"/>
                <w:lang w:val="ru-RU"/>
              </w:rPr>
              <w:t xml:space="preserve">осы офертада </w:t>
            </w:r>
            <w:r w:rsidR="009272E6" w:rsidRPr="006456F0">
              <w:rPr>
                <w:rFonts w:ascii="Times New Roman" w:hAnsi="Times New Roman" w:cs="Times New Roman"/>
                <w:color w:val="000000" w:themeColor="text1"/>
                <w:sz w:val="24"/>
                <w:szCs w:val="24"/>
                <w:lang w:val="ru-RU"/>
              </w:rPr>
              <w:t xml:space="preserve">белгіленген тәсілмен қабылдауы, оның ішінде өтініш-акцептке қол қою, қызметтерге ақы төлеу </w:t>
            </w:r>
            <w:r w:rsidR="009272E6">
              <w:rPr>
                <w:rFonts w:ascii="Times New Roman" w:hAnsi="Times New Roman" w:cs="Times New Roman"/>
                <w:color w:val="000000" w:themeColor="text1"/>
                <w:sz w:val="24"/>
                <w:szCs w:val="24"/>
                <w:lang w:val="ru-RU"/>
              </w:rPr>
              <w:t xml:space="preserve">немесе басқа </w:t>
            </w:r>
            <w:r w:rsidR="004E2CF2">
              <w:rPr>
                <w:rFonts w:ascii="Times New Roman" w:hAnsi="Times New Roman" w:cs="Times New Roman"/>
                <w:color w:val="000000" w:themeColor="text1"/>
                <w:sz w:val="24"/>
                <w:szCs w:val="24"/>
                <w:lang w:val="ru-RU"/>
              </w:rPr>
              <w:t xml:space="preserve">да </w:t>
            </w:r>
            <w:r w:rsidR="009272E6">
              <w:rPr>
                <w:rFonts w:ascii="Times New Roman" w:hAnsi="Times New Roman" w:cs="Times New Roman"/>
                <w:color w:val="000000" w:themeColor="text1"/>
                <w:sz w:val="24"/>
                <w:szCs w:val="24"/>
                <w:lang w:val="ru-RU"/>
              </w:rPr>
              <w:t xml:space="preserve">оның </w:t>
            </w:r>
            <w:r w:rsidR="004E2CF2">
              <w:rPr>
                <w:rFonts w:ascii="Times New Roman" w:hAnsi="Times New Roman" w:cs="Times New Roman"/>
                <w:color w:val="000000" w:themeColor="text1"/>
                <w:sz w:val="24"/>
                <w:szCs w:val="24"/>
                <w:lang w:val="ru-RU"/>
              </w:rPr>
              <w:t>шарттарымен келісімін</w:t>
            </w:r>
            <w:r w:rsidR="009272E6">
              <w:rPr>
                <w:rFonts w:ascii="Times New Roman" w:hAnsi="Times New Roman" w:cs="Times New Roman"/>
                <w:color w:val="000000" w:themeColor="text1"/>
                <w:sz w:val="24"/>
                <w:szCs w:val="24"/>
                <w:lang w:val="ru-RU"/>
              </w:rPr>
              <w:t xml:space="preserve"> </w:t>
            </w:r>
            <w:r w:rsidR="004E2CF2">
              <w:rPr>
                <w:rFonts w:ascii="Times New Roman" w:hAnsi="Times New Roman" w:cs="Times New Roman"/>
                <w:color w:val="000000" w:themeColor="text1"/>
                <w:sz w:val="24"/>
                <w:szCs w:val="24"/>
                <w:lang w:val="ru-RU"/>
              </w:rPr>
              <w:t xml:space="preserve">көрсететін </w:t>
            </w:r>
            <w:r w:rsidRPr="006456F0">
              <w:rPr>
                <w:rFonts w:ascii="Times New Roman" w:hAnsi="Times New Roman" w:cs="Times New Roman"/>
                <w:color w:val="000000" w:themeColor="text1"/>
                <w:sz w:val="24"/>
                <w:szCs w:val="24"/>
                <w:lang w:val="ru-RU"/>
              </w:rPr>
              <w:t xml:space="preserve">нақты әрекет арқылы қабылдауы. Акцепт </w:t>
            </w:r>
            <w:r w:rsidR="004E2CF2" w:rsidRPr="004E2CF2">
              <w:rPr>
                <w:rFonts w:ascii="Times New Roman" w:hAnsi="Times New Roman" w:cs="Times New Roman"/>
                <w:color w:val="000000" w:themeColor="text1"/>
                <w:sz w:val="24"/>
                <w:szCs w:val="24"/>
                <w:lang w:val="ru-RU"/>
              </w:rPr>
              <w:t>жасалуы</w:t>
            </w:r>
            <w:r w:rsidRPr="006456F0">
              <w:rPr>
                <w:rFonts w:ascii="Times New Roman" w:hAnsi="Times New Roman" w:cs="Times New Roman"/>
                <w:color w:val="000000" w:themeColor="text1"/>
                <w:sz w:val="24"/>
                <w:szCs w:val="24"/>
                <w:lang w:val="ru-RU"/>
              </w:rPr>
              <w:t xml:space="preserve"> Қазақстан Республикасының</w:t>
            </w:r>
            <w:r w:rsidR="00812E08">
              <w:rPr>
                <w:rFonts w:ascii="Times New Roman" w:hAnsi="Times New Roman" w:cs="Times New Roman"/>
                <w:color w:val="000000" w:themeColor="text1"/>
                <w:sz w:val="24"/>
                <w:szCs w:val="24"/>
                <w:lang w:val="ru-RU"/>
              </w:rPr>
              <w:t xml:space="preserve"> Азаматтық кодексінің 395, 396, </w:t>
            </w:r>
            <w:r w:rsidRPr="006456F0">
              <w:rPr>
                <w:rFonts w:ascii="Times New Roman" w:hAnsi="Times New Roman" w:cs="Times New Roman"/>
                <w:color w:val="000000" w:themeColor="text1"/>
                <w:sz w:val="24"/>
                <w:szCs w:val="24"/>
                <w:lang w:val="ru-RU"/>
              </w:rPr>
              <w:t>448</w:t>
            </w:r>
            <w:r w:rsidR="00812E08">
              <w:rPr>
                <w:rFonts w:ascii="Times New Roman" w:hAnsi="Times New Roman" w:cs="Times New Roman"/>
                <w:color w:val="000000" w:themeColor="text1"/>
                <w:sz w:val="24"/>
                <w:szCs w:val="24"/>
                <w:lang w:val="ru-RU"/>
              </w:rPr>
              <w:t xml:space="preserve"> </w:t>
            </w:r>
            <w:r w:rsidR="00812E08" w:rsidRPr="006456F0">
              <w:rPr>
                <w:rFonts w:ascii="Times New Roman" w:hAnsi="Times New Roman" w:cs="Times New Roman"/>
                <w:color w:val="000000" w:themeColor="text1"/>
                <w:sz w:val="24"/>
                <w:szCs w:val="24"/>
                <w:lang w:val="ru-RU"/>
              </w:rPr>
              <w:t>және</w:t>
            </w:r>
            <w:r w:rsidR="00812E08" w:rsidRPr="006456F0">
              <w:rPr>
                <w:rFonts w:ascii="Times New Roman" w:hAnsi="Times New Roman" w:cs="Times New Roman"/>
                <w:color w:val="000000" w:themeColor="text1"/>
                <w:sz w:val="24"/>
                <w:szCs w:val="24"/>
                <w:lang w:val="ru-RU"/>
              </w:rPr>
              <w:t xml:space="preserve"> </w:t>
            </w:r>
            <w:r w:rsidR="00812E08">
              <w:rPr>
                <w:rFonts w:ascii="Times New Roman" w:hAnsi="Times New Roman" w:cs="Times New Roman"/>
                <w:color w:val="000000" w:themeColor="text1"/>
                <w:sz w:val="24"/>
                <w:szCs w:val="24"/>
                <w:lang w:val="ru-RU"/>
              </w:rPr>
              <w:t>683-685</w:t>
            </w:r>
            <w:r w:rsidRPr="006456F0">
              <w:rPr>
                <w:rFonts w:ascii="Times New Roman" w:hAnsi="Times New Roman" w:cs="Times New Roman"/>
                <w:color w:val="000000" w:themeColor="text1"/>
                <w:sz w:val="24"/>
                <w:szCs w:val="24"/>
                <w:lang w:val="ru-RU"/>
              </w:rPr>
              <w:t>-баптарына сәйкес шарт жасасу болып табылады.</w:t>
            </w:r>
          </w:p>
        </w:tc>
      </w:tr>
      <w:tr w:rsidR="00AF37F1" w:rsidRPr="00812E08" w:rsidTr="0020029F">
        <w:trPr>
          <w:trHeight w:val="1700"/>
        </w:trPr>
        <w:tc>
          <w:tcPr>
            <w:tcW w:w="5246" w:type="dxa"/>
          </w:tcPr>
          <w:p w:rsidR="00AF37F1" w:rsidRPr="001543E6" w:rsidRDefault="00AF37F1" w:rsidP="00812E08">
            <w:pPr>
              <w:spacing w:after="120"/>
              <w:jc w:val="both"/>
              <w:rPr>
                <w:rStyle w:val="af6"/>
                <w:sz w:val="24"/>
                <w:szCs w:val="24"/>
                <w:lang w:val="ru-RU"/>
              </w:rPr>
            </w:pPr>
            <w:r>
              <w:rPr>
                <w:rStyle w:val="af6"/>
                <w:sz w:val="24"/>
                <w:szCs w:val="24"/>
                <w:lang w:val="ru-RU"/>
              </w:rPr>
              <w:t xml:space="preserve">Индивидуальный план лечения - </w:t>
            </w:r>
            <w:r w:rsidRPr="00AF37F1">
              <w:rPr>
                <w:rStyle w:val="af6"/>
                <w:b w:val="0"/>
                <w:sz w:val="24"/>
                <w:szCs w:val="24"/>
                <w:lang w:val="ru-RU"/>
              </w:rPr>
              <w:t>документ, формируемый Исполнителем в МИС «</w:t>
            </w:r>
            <w:r w:rsidR="00812E08">
              <w:rPr>
                <w:rFonts w:cs="Times New Roman"/>
                <w:color w:val="000000" w:themeColor="text1"/>
              </w:rPr>
              <w:t>DENTIST</w:t>
            </w:r>
            <w:r w:rsidR="00812E08" w:rsidRPr="00812E08">
              <w:rPr>
                <w:rFonts w:cs="Times New Roman"/>
                <w:color w:val="000000" w:themeColor="text1"/>
                <w:lang w:val="ru-RU"/>
              </w:rPr>
              <w:t xml:space="preserve"> </w:t>
            </w:r>
            <w:r w:rsidR="00812E08">
              <w:rPr>
                <w:rFonts w:cs="Times New Roman"/>
                <w:color w:val="000000" w:themeColor="text1"/>
              </w:rPr>
              <w:t>PLUS</w:t>
            </w:r>
            <w:r w:rsidRPr="00AF37F1">
              <w:rPr>
                <w:rStyle w:val="af6"/>
                <w:b w:val="0"/>
                <w:sz w:val="24"/>
                <w:szCs w:val="24"/>
                <w:lang w:val="ru-RU"/>
              </w:rPr>
              <w:t>» в отношении конкретного Пациента, содержащий сведения о жалобах, предварительном и установленном диагнозе, а также рекомендации и последовательность медицинских мероприятий (в том числе обследований, процедур, манипуляций, назначения препаратов и пр.), необходимых для достижения лечебных целей. Индивидуальный план лечения является неотъемлемой частью Договора и может корректироваться по медицинским показаниям в процессе наблюдения и лечения Пациента.</w:t>
            </w:r>
          </w:p>
        </w:tc>
        <w:tc>
          <w:tcPr>
            <w:tcW w:w="5103" w:type="dxa"/>
          </w:tcPr>
          <w:p w:rsidR="00AF37F1" w:rsidRDefault="006456F0" w:rsidP="00F72B14">
            <w:pPr>
              <w:pStyle w:val="aa"/>
              <w:pBdr>
                <w:bottom w:val="none" w:sz="0" w:space="0" w:color="auto"/>
              </w:pBdr>
              <w:jc w:val="both"/>
              <w:rPr>
                <w:rFonts w:ascii="Times New Roman" w:hAnsi="Times New Roman" w:cs="Times New Roman"/>
                <w:sz w:val="24"/>
                <w:szCs w:val="24"/>
                <w:lang w:val="ru-RU"/>
              </w:rPr>
            </w:pPr>
            <w:r w:rsidRPr="006456F0">
              <w:rPr>
                <w:rFonts w:ascii="Times New Roman" w:hAnsi="Times New Roman" w:cs="Times New Roman"/>
                <w:b/>
                <w:color w:val="000000" w:themeColor="text1"/>
                <w:sz w:val="24"/>
                <w:szCs w:val="24"/>
                <w:lang w:val="ru-RU"/>
              </w:rPr>
              <w:t>Жеке емдеу жоспары</w:t>
            </w:r>
            <w:r w:rsidRPr="006456F0">
              <w:rPr>
                <w:rFonts w:ascii="Times New Roman" w:hAnsi="Times New Roman" w:cs="Times New Roman"/>
                <w:color w:val="000000" w:themeColor="text1"/>
                <w:sz w:val="24"/>
                <w:szCs w:val="24"/>
                <w:lang w:val="ru-RU"/>
              </w:rPr>
              <w:t xml:space="preserve"> – нақты Пациентке қатысты «</w:t>
            </w:r>
            <w:r w:rsidR="00812E08" w:rsidRPr="006456F0">
              <w:rPr>
                <w:rFonts w:ascii="Times New Roman" w:hAnsi="Times New Roman" w:cs="Times New Roman"/>
                <w:color w:val="000000" w:themeColor="text1"/>
                <w:sz w:val="24"/>
                <w:szCs w:val="24"/>
                <w:lang w:val="ru-RU"/>
              </w:rPr>
              <w:t>және</w:t>
            </w:r>
            <w:r w:rsidRPr="006456F0">
              <w:rPr>
                <w:rFonts w:ascii="Times New Roman" w:hAnsi="Times New Roman" w:cs="Times New Roman"/>
                <w:color w:val="000000" w:themeColor="text1"/>
                <w:sz w:val="24"/>
                <w:szCs w:val="24"/>
                <w:lang w:val="ru-RU"/>
              </w:rPr>
              <w:t xml:space="preserve">» медициналық ақпараттық жүйесінде Орындаушы жасайтын, шағымдар, алдын ала және нақты диагноздар, сондай-ақ емдеу мақсаттарына жету үшін қажетті ұсыныстар мен медициналық шаралардың (тексеру, процедуралар, манипуляциялар, дәрі-дәрмектер тағайындау және т.б.) реттілігі туралы мәліметтерді қамтитын құжат. Жеке емдеу жоспары Шарттың ажырамас бөлігі болып табылады және Пациентті бақылау мен емдеу </w:t>
            </w:r>
            <w:r w:rsidR="00F72B14">
              <w:rPr>
                <w:rFonts w:ascii="Times New Roman" w:hAnsi="Times New Roman" w:cs="Times New Roman"/>
                <w:color w:val="000000" w:themeColor="text1"/>
                <w:sz w:val="24"/>
                <w:szCs w:val="24"/>
                <w:lang w:val="ru-RU"/>
              </w:rPr>
              <w:t>орындалуда</w:t>
            </w:r>
            <w:r w:rsidRPr="006456F0">
              <w:rPr>
                <w:rFonts w:ascii="Times New Roman" w:hAnsi="Times New Roman" w:cs="Times New Roman"/>
                <w:color w:val="000000" w:themeColor="text1"/>
                <w:sz w:val="24"/>
                <w:szCs w:val="24"/>
                <w:lang w:val="ru-RU"/>
              </w:rPr>
              <w:t xml:space="preserve"> медициналық көрсетілімдер бойынша түзетілуі мүмкін.</w:t>
            </w:r>
          </w:p>
        </w:tc>
      </w:tr>
      <w:tr w:rsidR="00983386" w:rsidRPr="00812E08" w:rsidTr="0020029F">
        <w:trPr>
          <w:trHeight w:val="1700"/>
        </w:trPr>
        <w:tc>
          <w:tcPr>
            <w:tcW w:w="5246" w:type="dxa"/>
          </w:tcPr>
          <w:p w:rsidR="00983386" w:rsidRPr="00983386" w:rsidRDefault="00983386" w:rsidP="00B95D9E">
            <w:pPr>
              <w:spacing w:after="120"/>
              <w:jc w:val="both"/>
              <w:rPr>
                <w:sz w:val="24"/>
                <w:szCs w:val="24"/>
                <w:lang w:val="ru-RU"/>
              </w:rPr>
            </w:pPr>
            <w:r w:rsidRPr="001543E6">
              <w:rPr>
                <w:rStyle w:val="af6"/>
                <w:sz w:val="24"/>
                <w:szCs w:val="24"/>
                <w:lang w:val="ru-RU"/>
              </w:rPr>
              <w:t>Договор оказания медицинских услуг</w:t>
            </w:r>
            <w:r w:rsidRPr="001543E6">
              <w:rPr>
                <w:sz w:val="24"/>
                <w:szCs w:val="24"/>
                <w:lang w:val="ru-RU"/>
              </w:rPr>
              <w:t xml:space="preserve"> </w:t>
            </w:r>
            <w:r>
              <w:rPr>
                <w:sz w:val="24"/>
                <w:szCs w:val="24"/>
                <w:lang w:val="ru-RU"/>
              </w:rPr>
              <w:t xml:space="preserve">(Договор) </w:t>
            </w:r>
            <w:r w:rsidRPr="001543E6">
              <w:rPr>
                <w:sz w:val="24"/>
                <w:szCs w:val="24"/>
                <w:lang w:val="ru-RU"/>
              </w:rPr>
              <w:t xml:space="preserve">— </w:t>
            </w:r>
            <w:r>
              <w:rPr>
                <w:sz w:val="24"/>
                <w:szCs w:val="24"/>
                <w:lang w:val="ru-RU"/>
              </w:rPr>
              <w:t xml:space="preserve">настоящая Публичная </w:t>
            </w:r>
            <w:r w:rsidRPr="001543E6">
              <w:rPr>
                <w:sz w:val="24"/>
                <w:szCs w:val="24"/>
                <w:lang w:val="ru-RU"/>
              </w:rPr>
              <w:t xml:space="preserve">оферта, </w:t>
            </w:r>
            <w:r>
              <w:rPr>
                <w:sz w:val="24"/>
                <w:szCs w:val="24"/>
                <w:lang w:val="ru-RU"/>
              </w:rPr>
              <w:t>надлежащим образом акцептованная Пациентом. Договор заключенный таким образом</w:t>
            </w:r>
            <w:r w:rsidRPr="001543E6">
              <w:rPr>
                <w:sz w:val="24"/>
                <w:szCs w:val="24"/>
                <w:lang w:val="ru-RU"/>
              </w:rPr>
              <w:t xml:space="preserve"> вле</w:t>
            </w:r>
            <w:r>
              <w:rPr>
                <w:sz w:val="24"/>
                <w:szCs w:val="24"/>
                <w:lang w:val="ru-RU"/>
              </w:rPr>
              <w:t>чет</w:t>
            </w:r>
            <w:r w:rsidRPr="001543E6">
              <w:rPr>
                <w:sz w:val="24"/>
                <w:szCs w:val="24"/>
                <w:lang w:val="ru-RU"/>
              </w:rPr>
              <w:t xml:space="preserve"> возникновение гражданско-правовых обязательств между Исполнителем и Пациентом в соответствии с </w:t>
            </w:r>
            <w:r>
              <w:rPr>
                <w:sz w:val="24"/>
                <w:szCs w:val="24"/>
                <w:lang w:val="ru-RU"/>
              </w:rPr>
              <w:t>законодательством</w:t>
            </w:r>
            <w:r w:rsidRPr="001543E6">
              <w:rPr>
                <w:sz w:val="24"/>
                <w:szCs w:val="24"/>
                <w:lang w:val="ru-RU"/>
              </w:rPr>
              <w:t xml:space="preserve"> Республики Казахстан.</w:t>
            </w:r>
          </w:p>
        </w:tc>
        <w:tc>
          <w:tcPr>
            <w:tcW w:w="5103" w:type="dxa"/>
          </w:tcPr>
          <w:p w:rsidR="00983386" w:rsidRPr="005562C2" w:rsidRDefault="006456F0" w:rsidP="00F72B14">
            <w:pPr>
              <w:pStyle w:val="aa"/>
              <w:pBdr>
                <w:bottom w:val="none" w:sz="0" w:space="0" w:color="auto"/>
              </w:pBdr>
              <w:jc w:val="both"/>
              <w:rPr>
                <w:rFonts w:ascii="Times New Roman" w:hAnsi="Times New Roman" w:cs="Times New Roman"/>
                <w:sz w:val="24"/>
                <w:szCs w:val="24"/>
                <w:lang w:val="ru-RU"/>
              </w:rPr>
            </w:pPr>
            <w:r w:rsidRPr="006456F0">
              <w:rPr>
                <w:rFonts w:ascii="Times New Roman" w:hAnsi="Times New Roman" w:cs="Times New Roman"/>
                <w:b/>
                <w:color w:val="000000" w:themeColor="text1"/>
                <w:sz w:val="24"/>
                <w:szCs w:val="24"/>
                <w:lang w:val="ru-RU"/>
              </w:rPr>
              <w:t xml:space="preserve">Медициналық қызмет көрсету туралы шарт </w:t>
            </w:r>
            <w:r w:rsidRPr="006456F0">
              <w:rPr>
                <w:rFonts w:ascii="Times New Roman" w:hAnsi="Times New Roman" w:cs="Times New Roman"/>
                <w:color w:val="000000" w:themeColor="text1"/>
                <w:sz w:val="24"/>
                <w:szCs w:val="24"/>
                <w:lang w:val="ru-RU"/>
              </w:rPr>
              <w:t>(Шарт) – Пациент тиісті түрде акцепттеген осы Жария Оферта. Осы</w:t>
            </w:r>
            <w:r w:rsidR="00F72B14">
              <w:rPr>
                <w:rFonts w:ascii="Times New Roman" w:hAnsi="Times New Roman" w:cs="Times New Roman"/>
                <w:color w:val="000000" w:themeColor="text1"/>
                <w:sz w:val="24"/>
                <w:szCs w:val="24"/>
                <w:lang w:val="ru-RU"/>
              </w:rPr>
              <w:t xml:space="preserve"> </w:t>
            </w:r>
            <w:r w:rsidR="00F72B14" w:rsidRPr="00F72B14">
              <w:rPr>
                <w:rFonts w:ascii="Times New Roman" w:hAnsi="Times New Roman" w:cs="Times New Roman"/>
                <w:color w:val="000000" w:themeColor="text1"/>
                <w:sz w:val="24"/>
                <w:szCs w:val="24"/>
                <w:lang w:val="ru-RU"/>
              </w:rPr>
              <w:t xml:space="preserve">тәртіппен </w:t>
            </w:r>
            <w:r w:rsidRPr="006456F0">
              <w:rPr>
                <w:rFonts w:ascii="Times New Roman" w:hAnsi="Times New Roman" w:cs="Times New Roman"/>
                <w:color w:val="000000" w:themeColor="text1"/>
                <w:sz w:val="24"/>
                <w:szCs w:val="24"/>
                <w:lang w:val="ru-RU"/>
              </w:rPr>
              <w:t xml:space="preserve">жасалған </w:t>
            </w:r>
            <w:r w:rsidR="00F72B14" w:rsidRPr="00F72B14">
              <w:rPr>
                <w:rFonts w:ascii="Times New Roman" w:hAnsi="Times New Roman" w:cs="Times New Roman"/>
                <w:color w:val="000000" w:themeColor="text1"/>
                <w:sz w:val="24"/>
                <w:szCs w:val="24"/>
                <w:lang w:val="ru-RU"/>
              </w:rPr>
              <w:t>Қазақстан Республикасының заңнамасына сәйкес Орындаушы мен Пациент арасында азаматтық-құқықтық міндеттемелердің туындауына әкеп соғады.</w:t>
            </w:r>
          </w:p>
        </w:tc>
      </w:tr>
      <w:tr w:rsidR="00983386" w:rsidRPr="00812E08" w:rsidTr="005B264D">
        <w:trPr>
          <w:trHeight w:val="841"/>
        </w:trPr>
        <w:tc>
          <w:tcPr>
            <w:tcW w:w="5246" w:type="dxa"/>
          </w:tcPr>
          <w:p w:rsidR="00983386" w:rsidRPr="00983386" w:rsidRDefault="00983386" w:rsidP="00812E08">
            <w:pPr>
              <w:spacing w:after="120"/>
              <w:jc w:val="both"/>
              <w:rPr>
                <w:rFonts w:cs="Times New Roman"/>
                <w:sz w:val="24"/>
                <w:szCs w:val="24"/>
                <w:lang w:val="ru-RU"/>
              </w:rPr>
            </w:pPr>
            <w:r>
              <w:rPr>
                <w:rFonts w:cs="Times New Roman"/>
                <w:b/>
                <w:sz w:val="24"/>
                <w:szCs w:val="24"/>
                <w:lang w:val="ru-RU"/>
              </w:rPr>
              <w:t xml:space="preserve">Исполнитель - </w:t>
            </w:r>
            <w:r w:rsidRPr="00846AB4">
              <w:rPr>
                <w:rFonts w:cs="Times New Roman"/>
                <w:sz w:val="24"/>
                <w:szCs w:val="24"/>
                <w:lang w:val="ru-RU"/>
              </w:rPr>
              <w:t>Товарищество с ограниченной ответственностью «</w:t>
            </w:r>
            <w:r w:rsidR="00812E08">
              <w:rPr>
                <w:rFonts w:cs="Times New Roman"/>
                <w:sz w:val="24"/>
                <w:szCs w:val="24"/>
                <w:lang w:val="ru-RU"/>
              </w:rPr>
              <w:t xml:space="preserve">Стоматология </w:t>
            </w:r>
            <w:r w:rsidR="00812E08">
              <w:rPr>
                <w:rFonts w:cs="Times New Roman"/>
                <w:sz w:val="24"/>
                <w:szCs w:val="24"/>
              </w:rPr>
              <w:t>DentOK</w:t>
            </w:r>
            <w:r w:rsidRPr="00846AB4">
              <w:rPr>
                <w:rFonts w:cs="Times New Roman"/>
                <w:sz w:val="24"/>
                <w:szCs w:val="24"/>
                <w:lang w:val="ru-RU"/>
              </w:rPr>
              <w:t xml:space="preserve">», БИН </w:t>
            </w:r>
            <w:r w:rsidR="00812E08" w:rsidRPr="00812E08">
              <w:rPr>
                <w:rFonts w:cs="Times New Roman"/>
                <w:sz w:val="24"/>
                <w:szCs w:val="24"/>
                <w:lang w:val="ru-RU"/>
              </w:rPr>
              <w:t>200140030809</w:t>
            </w:r>
            <w:r w:rsidRPr="00846AB4">
              <w:rPr>
                <w:rFonts w:cs="Times New Roman"/>
                <w:sz w:val="24"/>
                <w:szCs w:val="24"/>
                <w:lang w:val="ru-RU"/>
              </w:rPr>
              <w:t xml:space="preserve">, адрес и местонахождение: Казахстан, город </w:t>
            </w:r>
            <w:r w:rsidR="00812E08">
              <w:rPr>
                <w:rFonts w:cs="Times New Roman"/>
                <w:sz w:val="24"/>
                <w:szCs w:val="24"/>
                <w:lang w:val="ru-RU"/>
              </w:rPr>
              <w:t>Караганда, улица Комиссарова</w:t>
            </w:r>
            <w:r w:rsidRPr="00846AB4">
              <w:rPr>
                <w:rFonts w:cs="Times New Roman"/>
                <w:sz w:val="24"/>
                <w:szCs w:val="24"/>
                <w:lang w:val="ru-RU"/>
              </w:rPr>
              <w:t xml:space="preserve">, </w:t>
            </w:r>
            <w:r w:rsidR="00812E08">
              <w:rPr>
                <w:rFonts w:cs="Times New Roman"/>
                <w:sz w:val="24"/>
                <w:szCs w:val="24"/>
                <w:lang w:val="ru-RU"/>
              </w:rPr>
              <w:t>строение 10/1</w:t>
            </w:r>
            <w:r w:rsidRPr="00846AB4">
              <w:rPr>
                <w:rFonts w:cs="Times New Roman"/>
                <w:sz w:val="24"/>
                <w:szCs w:val="24"/>
                <w:lang w:val="ru-RU"/>
              </w:rPr>
              <w:t xml:space="preserve">, почтовый индекс </w:t>
            </w:r>
            <w:r w:rsidR="00812E08">
              <w:rPr>
                <w:rFonts w:cs="Times New Roman"/>
                <w:sz w:val="24"/>
                <w:szCs w:val="24"/>
                <w:lang w:val="ru-RU"/>
              </w:rPr>
              <w:t>100017</w:t>
            </w:r>
            <w:r>
              <w:rPr>
                <w:rFonts w:cs="Times New Roman"/>
                <w:sz w:val="24"/>
                <w:szCs w:val="24"/>
                <w:lang w:val="ru-RU"/>
              </w:rPr>
              <w:t>.</w:t>
            </w:r>
          </w:p>
        </w:tc>
        <w:tc>
          <w:tcPr>
            <w:tcW w:w="5103" w:type="dxa"/>
          </w:tcPr>
          <w:p w:rsidR="00983386" w:rsidRPr="005B264D" w:rsidRDefault="006456F0" w:rsidP="005B264D">
            <w:pPr>
              <w:jc w:val="both"/>
              <w:rPr>
                <w:rFonts w:ascii="inherit" w:hAnsi="inherit"/>
                <w:color w:val="1F1F1F"/>
                <w:sz w:val="24"/>
                <w:szCs w:val="24"/>
                <w:lang w:val="ru-RU"/>
              </w:rPr>
            </w:pPr>
            <w:r w:rsidRPr="005B264D">
              <w:rPr>
                <w:b/>
                <w:sz w:val="24"/>
                <w:szCs w:val="24"/>
                <w:lang w:val="ru-RU"/>
              </w:rPr>
              <w:t>Орындаушы</w:t>
            </w:r>
            <w:r w:rsidRPr="005B264D">
              <w:rPr>
                <w:sz w:val="24"/>
                <w:szCs w:val="24"/>
                <w:lang w:val="ru-RU"/>
              </w:rPr>
              <w:t xml:space="preserve"> – «</w:t>
            </w:r>
            <w:r w:rsidR="00812E08" w:rsidRPr="005B264D">
              <w:rPr>
                <w:sz w:val="24"/>
                <w:szCs w:val="24"/>
                <w:lang w:val="ru-RU"/>
              </w:rPr>
              <w:t xml:space="preserve">Стоматология </w:t>
            </w:r>
            <w:r w:rsidR="00812E08" w:rsidRPr="005B264D">
              <w:rPr>
                <w:sz w:val="24"/>
                <w:szCs w:val="24"/>
              </w:rPr>
              <w:t>DentOK</w:t>
            </w:r>
            <w:r w:rsidRPr="005B264D">
              <w:rPr>
                <w:sz w:val="24"/>
                <w:szCs w:val="24"/>
                <w:lang w:val="ru-RU"/>
              </w:rPr>
              <w:t xml:space="preserve">» ЖШС, БСН </w:t>
            </w:r>
            <w:r w:rsidR="00812E08" w:rsidRPr="005B264D">
              <w:rPr>
                <w:sz w:val="24"/>
                <w:szCs w:val="24"/>
                <w:lang w:val="ru-RU"/>
              </w:rPr>
              <w:t>200140030809</w:t>
            </w:r>
            <w:r w:rsidRPr="005B264D">
              <w:rPr>
                <w:sz w:val="24"/>
                <w:szCs w:val="24"/>
                <w:lang w:val="ru-RU"/>
              </w:rPr>
              <w:t>, мекенжайы және орналасқа</w:t>
            </w:r>
            <w:r w:rsidR="00812E08" w:rsidRPr="005B264D">
              <w:rPr>
                <w:sz w:val="24"/>
                <w:szCs w:val="24"/>
                <w:lang w:val="ru-RU"/>
              </w:rPr>
              <w:t xml:space="preserve">н жері: Қазақстан Республикасы, </w:t>
            </w:r>
            <w:r w:rsidR="00812E08" w:rsidRPr="005B264D">
              <w:rPr>
                <w:color w:val="1F1F1F"/>
                <w:sz w:val="24"/>
                <w:szCs w:val="24"/>
                <w:lang w:val="kk-KZ"/>
              </w:rPr>
              <w:t>Қарағанды</w:t>
            </w:r>
            <w:r w:rsidR="005B264D">
              <w:rPr>
                <w:rFonts w:ascii="inherit" w:hAnsi="inherit"/>
                <w:color w:val="1F1F1F"/>
                <w:sz w:val="24"/>
                <w:szCs w:val="24"/>
                <w:lang w:val="kk-KZ"/>
              </w:rPr>
              <w:t xml:space="preserve"> </w:t>
            </w:r>
            <w:r w:rsidRPr="005B264D">
              <w:rPr>
                <w:sz w:val="24"/>
                <w:szCs w:val="24"/>
                <w:lang w:val="ru-RU"/>
              </w:rPr>
              <w:t xml:space="preserve">қаласы, </w:t>
            </w:r>
            <w:r w:rsidR="00812E08" w:rsidRPr="005B264D">
              <w:rPr>
                <w:sz w:val="24"/>
                <w:szCs w:val="24"/>
                <w:lang w:val="ru-RU"/>
              </w:rPr>
              <w:t>Комиссаров көшесі</w:t>
            </w:r>
            <w:r w:rsidRPr="005B264D">
              <w:rPr>
                <w:sz w:val="24"/>
                <w:szCs w:val="24"/>
                <w:lang w:val="ru-RU"/>
              </w:rPr>
              <w:t xml:space="preserve">, </w:t>
            </w:r>
            <w:r w:rsidR="00812E08" w:rsidRPr="005B264D">
              <w:rPr>
                <w:sz w:val="24"/>
                <w:szCs w:val="24"/>
                <w:lang w:val="ru-RU"/>
              </w:rPr>
              <w:t xml:space="preserve">10/1 </w:t>
            </w:r>
            <w:r w:rsidR="001B0423" w:rsidRPr="001B0423">
              <w:rPr>
                <w:rFonts w:cs="Times New Roman"/>
                <w:sz w:val="24"/>
                <w:szCs w:val="24"/>
                <w:lang w:val="ru-RU" w:eastAsia="ru-RU"/>
              </w:rPr>
              <w:t>құрылыс</w:t>
            </w:r>
            <w:r w:rsidRPr="005B264D">
              <w:rPr>
                <w:sz w:val="24"/>
                <w:szCs w:val="24"/>
                <w:lang w:val="ru-RU"/>
              </w:rPr>
              <w:t xml:space="preserve">, пошта индексі </w:t>
            </w:r>
            <w:r w:rsidR="005B264D" w:rsidRPr="005B264D">
              <w:rPr>
                <w:sz w:val="24"/>
                <w:szCs w:val="24"/>
                <w:lang w:val="ru-RU"/>
              </w:rPr>
              <w:t>100017</w:t>
            </w:r>
            <w:r w:rsidRPr="005B264D">
              <w:rPr>
                <w:sz w:val="24"/>
                <w:szCs w:val="24"/>
                <w:lang w:val="ru-RU"/>
              </w:rPr>
              <w:t>.</w:t>
            </w:r>
          </w:p>
        </w:tc>
      </w:tr>
      <w:tr w:rsidR="00983386" w:rsidRPr="00812E08" w:rsidTr="00983386">
        <w:trPr>
          <w:trHeight w:val="1091"/>
        </w:trPr>
        <w:tc>
          <w:tcPr>
            <w:tcW w:w="5246" w:type="dxa"/>
          </w:tcPr>
          <w:p w:rsidR="00983386" w:rsidRPr="00983386" w:rsidRDefault="00983386" w:rsidP="005B264D">
            <w:pPr>
              <w:spacing w:after="120"/>
              <w:jc w:val="both"/>
              <w:rPr>
                <w:rFonts w:cs="Times New Roman"/>
                <w:sz w:val="24"/>
                <w:szCs w:val="24"/>
                <w:lang w:val="ru-RU"/>
              </w:rPr>
            </w:pPr>
            <w:r w:rsidRPr="00015BA0">
              <w:rPr>
                <w:rFonts w:cs="Times New Roman"/>
                <w:b/>
                <w:sz w:val="24"/>
                <w:szCs w:val="24"/>
                <w:lang w:val="ru-RU"/>
              </w:rPr>
              <w:lastRenderedPageBreak/>
              <w:t>Лицензия</w:t>
            </w:r>
            <w:r>
              <w:rPr>
                <w:rFonts w:cs="Times New Roman"/>
                <w:sz w:val="24"/>
                <w:szCs w:val="24"/>
                <w:lang w:val="ru-RU"/>
              </w:rPr>
              <w:t xml:space="preserve"> –</w:t>
            </w:r>
            <w:r w:rsidR="00B95D9E">
              <w:rPr>
                <w:rFonts w:cs="Times New Roman"/>
                <w:sz w:val="24"/>
                <w:szCs w:val="24"/>
                <w:lang w:val="ru-RU"/>
              </w:rPr>
              <w:t xml:space="preserve"> лицензия на занятие медицинской деятельности №</w:t>
            </w:r>
            <w:r w:rsidR="005B264D">
              <w:rPr>
                <w:rFonts w:cs="Times New Roman"/>
                <w:sz w:val="24"/>
                <w:szCs w:val="24"/>
                <w:lang w:val="ru-RU"/>
              </w:rPr>
              <w:t>20006653</w:t>
            </w:r>
            <w:r w:rsidR="00B95D9E">
              <w:rPr>
                <w:rFonts w:cs="Times New Roman"/>
                <w:sz w:val="24"/>
                <w:szCs w:val="24"/>
                <w:lang w:val="ru-RU"/>
              </w:rPr>
              <w:t>, выданная Исполнителю 1</w:t>
            </w:r>
            <w:r w:rsidR="005B264D">
              <w:rPr>
                <w:rFonts w:cs="Times New Roman"/>
                <w:sz w:val="24"/>
                <w:szCs w:val="24"/>
                <w:lang w:val="ru-RU"/>
              </w:rPr>
              <w:t>1</w:t>
            </w:r>
            <w:r w:rsidR="00B95D9E">
              <w:rPr>
                <w:rFonts w:cs="Times New Roman"/>
                <w:sz w:val="24"/>
                <w:szCs w:val="24"/>
                <w:lang w:val="ru-RU"/>
              </w:rPr>
              <w:t>.0</w:t>
            </w:r>
            <w:r w:rsidR="005B264D">
              <w:rPr>
                <w:rFonts w:cs="Times New Roman"/>
                <w:sz w:val="24"/>
                <w:szCs w:val="24"/>
                <w:lang w:val="ru-RU"/>
              </w:rPr>
              <w:t>5.2020г., Управление здравоохранения Карагандинской области. Акимат Карагандинской области.</w:t>
            </w:r>
          </w:p>
        </w:tc>
        <w:tc>
          <w:tcPr>
            <w:tcW w:w="5103" w:type="dxa"/>
          </w:tcPr>
          <w:p w:rsidR="00983386" w:rsidRDefault="006456F0" w:rsidP="00DD7B02">
            <w:pPr>
              <w:pStyle w:val="aa"/>
              <w:pBdr>
                <w:bottom w:val="none" w:sz="0" w:space="0" w:color="auto"/>
              </w:pBdr>
              <w:jc w:val="both"/>
              <w:rPr>
                <w:rFonts w:ascii="Times New Roman" w:hAnsi="Times New Roman" w:cs="Times New Roman"/>
                <w:sz w:val="24"/>
                <w:szCs w:val="24"/>
                <w:lang w:val="ru-RU"/>
              </w:rPr>
            </w:pPr>
            <w:r w:rsidRPr="006456F0">
              <w:rPr>
                <w:rFonts w:ascii="Times New Roman" w:hAnsi="Times New Roman" w:cs="Times New Roman"/>
                <w:b/>
                <w:color w:val="000000" w:themeColor="text1"/>
                <w:sz w:val="24"/>
                <w:szCs w:val="24"/>
                <w:lang w:val="ru-RU"/>
              </w:rPr>
              <w:t>Лицензия</w:t>
            </w:r>
            <w:r w:rsidR="005B264D">
              <w:rPr>
                <w:rFonts w:ascii="Times New Roman" w:hAnsi="Times New Roman" w:cs="Times New Roman"/>
                <w:color w:val="000000" w:themeColor="text1"/>
                <w:sz w:val="24"/>
                <w:szCs w:val="24"/>
                <w:lang w:val="ru-RU"/>
              </w:rPr>
              <w:t xml:space="preserve"> –</w:t>
            </w:r>
            <w:r w:rsidR="00DD7B02" w:rsidRPr="00DD7B02">
              <w:rPr>
                <w:lang w:val="ru-RU"/>
              </w:rPr>
              <w:t xml:space="preserve"> </w:t>
            </w:r>
            <w:r w:rsidR="00DD7B02">
              <w:rPr>
                <w:rFonts w:ascii="Times New Roman" w:hAnsi="Times New Roman" w:cs="Times New Roman"/>
                <w:color w:val="000000" w:themeColor="text1"/>
                <w:sz w:val="24"/>
                <w:szCs w:val="24"/>
                <w:lang w:val="ru-RU"/>
              </w:rPr>
              <w:t>О</w:t>
            </w:r>
            <w:r w:rsidR="00DD7B02" w:rsidRPr="00DD7B02">
              <w:rPr>
                <w:rFonts w:ascii="Times New Roman" w:hAnsi="Times New Roman" w:cs="Times New Roman"/>
                <w:color w:val="000000" w:themeColor="text1"/>
                <w:sz w:val="24"/>
                <w:szCs w:val="24"/>
                <w:lang w:val="ru-RU"/>
              </w:rPr>
              <w:t>рындаушыға берілген медициналық қызметпен айналысуға лицензия № 20006653 11.05.2020ж., Қарағанды облысының денсаулық сақтау басқармасы. Қарағанды облысының әкімдігі</w:t>
            </w:r>
            <w:r w:rsidRPr="006456F0">
              <w:rPr>
                <w:rFonts w:ascii="Times New Roman" w:hAnsi="Times New Roman" w:cs="Times New Roman"/>
                <w:color w:val="000000" w:themeColor="text1"/>
                <w:sz w:val="24"/>
                <w:szCs w:val="24"/>
                <w:lang w:val="ru-RU"/>
              </w:rPr>
              <w:t>.</w:t>
            </w:r>
          </w:p>
        </w:tc>
      </w:tr>
      <w:tr w:rsidR="006456F0" w:rsidRPr="00812E08" w:rsidTr="00B95D9E">
        <w:trPr>
          <w:trHeight w:val="1525"/>
        </w:trPr>
        <w:tc>
          <w:tcPr>
            <w:tcW w:w="5246" w:type="dxa"/>
          </w:tcPr>
          <w:p w:rsidR="00983386" w:rsidRPr="00983386" w:rsidRDefault="00983386" w:rsidP="00A758F0">
            <w:pPr>
              <w:spacing w:after="120"/>
              <w:jc w:val="both"/>
              <w:rPr>
                <w:sz w:val="24"/>
                <w:szCs w:val="24"/>
                <w:lang w:val="ru-RU"/>
              </w:rPr>
            </w:pPr>
            <w:r>
              <w:rPr>
                <w:rStyle w:val="af6"/>
                <w:sz w:val="24"/>
                <w:szCs w:val="24"/>
                <w:lang w:val="ru-RU"/>
              </w:rPr>
              <w:t>У</w:t>
            </w:r>
            <w:r w:rsidRPr="001543E6">
              <w:rPr>
                <w:rStyle w:val="af6"/>
                <w:sz w:val="24"/>
                <w:szCs w:val="24"/>
                <w:lang w:val="ru-RU"/>
              </w:rPr>
              <w:t>слуги</w:t>
            </w:r>
            <w:r>
              <w:rPr>
                <w:sz w:val="24"/>
                <w:szCs w:val="24"/>
                <w:lang w:val="ru-RU"/>
              </w:rPr>
              <w:t xml:space="preserve"> — платная медицинская помощь</w:t>
            </w:r>
            <w:r w:rsidRPr="001543E6">
              <w:rPr>
                <w:sz w:val="24"/>
                <w:szCs w:val="24"/>
                <w:lang w:val="ru-RU"/>
              </w:rPr>
              <w:t xml:space="preserve"> в области </w:t>
            </w:r>
            <w:r w:rsidR="00DD7B02">
              <w:rPr>
                <w:sz w:val="24"/>
                <w:szCs w:val="24"/>
                <w:lang w:val="ru-RU"/>
              </w:rPr>
              <w:t xml:space="preserve">стоматологии, </w:t>
            </w:r>
            <w:r w:rsidRPr="001543E6">
              <w:rPr>
                <w:sz w:val="24"/>
                <w:szCs w:val="24"/>
                <w:lang w:val="ru-RU"/>
              </w:rPr>
              <w:t>оториноларингологии</w:t>
            </w:r>
            <w:r w:rsidR="00DD7B02">
              <w:rPr>
                <w:sz w:val="24"/>
                <w:szCs w:val="24"/>
                <w:lang w:val="ru-RU"/>
              </w:rPr>
              <w:t xml:space="preserve"> </w:t>
            </w:r>
            <w:r>
              <w:rPr>
                <w:sz w:val="24"/>
                <w:szCs w:val="24"/>
                <w:lang w:val="ru-RU"/>
              </w:rPr>
              <w:t>по перечню и стоимости согласно Пр</w:t>
            </w:r>
            <w:r w:rsidR="00A758F0">
              <w:rPr>
                <w:sz w:val="24"/>
                <w:szCs w:val="24"/>
                <w:lang w:val="ru-RU"/>
              </w:rPr>
              <w:t>айслист</w:t>
            </w:r>
            <w:r>
              <w:rPr>
                <w:sz w:val="24"/>
                <w:szCs w:val="24"/>
                <w:lang w:val="ru-RU"/>
              </w:rPr>
              <w:t>у</w:t>
            </w:r>
            <w:r w:rsidRPr="001543E6">
              <w:rPr>
                <w:sz w:val="24"/>
                <w:szCs w:val="24"/>
                <w:lang w:val="ru-RU"/>
              </w:rPr>
              <w:t>, оказыва</w:t>
            </w:r>
            <w:r>
              <w:rPr>
                <w:sz w:val="24"/>
                <w:szCs w:val="24"/>
                <w:lang w:val="ru-RU"/>
              </w:rPr>
              <w:t>емая Исполнителем на основании Л</w:t>
            </w:r>
            <w:r w:rsidRPr="001543E6">
              <w:rPr>
                <w:sz w:val="24"/>
                <w:szCs w:val="24"/>
                <w:lang w:val="ru-RU"/>
              </w:rPr>
              <w:t>ицензии</w:t>
            </w:r>
            <w:r w:rsidR="00B95D9E">
              <w:rPr>
                <w:sz w:val="24"/>
                <w:szCs w:val="24"/>
                <w:lang w:val="ru-RU"/>
              </w:rPr>
              <w:t xml:space="preserve"> и приложений к ней</w:t>
            </w:r>
            <w:r>
              <w:rPr>
                <w:sz w:val="24"/>
                <w:szCs w:val="24"/>
                <w:lang w:val="ru-RU"/>
              </w:rPr>
              <w:t xml:space="preserve">, </w:t>
            </w:r>
            <w:r w:rsidRPr="001543E6">
              <w:rPr>
                <w:sz w:val="24"/>
                <w:szCs w:val="24"/>
                <w:lang w:val="ru-RU"/>
              </w:rPr>
              <w:t>и в соответствии с</w:t>
            </w:r>
            <w:r>
              <w:rPr>
                <w:sz w:val="24"/>
                <w:szCs w:val="24"/>
                <w:lang w:val="ru-RU"/>
              </w:rPr>
              <w:t>о стандартами</w:t>
            </w:r>
            <w:r w:rsidRPr="001543E6">
              <w:rPr>
                <w:sz w:val="24"/>
                <w:szCs w:val="24"/>
                <w:lang w:val="ru-RU"/>
              </w:rPr>
              <w:t>.</w:t>
            </w:r>
          </w:p>
        </w:tc>
        <w:tc>
          <w:tcPr>
            <w:tcW w:w="5103" w:type="dxa"/>
          </w:tcPr>
          <w:p w:rsidR="00DD7B02" w:rsidRPr="00DD7B02" w:rsidRDefault="006456F0" w:rsidP="00A758F0">
            <w:pPr>
              <w:pStyle w:val="aa"/>
              <w:pBdr>
                <w:bottom w:val="none" w:sz="0" w:space="0" w:color="auto"/>
              </w:pBdr>
              <w:jc w:val="both"/>
              <w:rPr>
                <w:sz w:val="24"/>
                <w:szCs w:val="24"/>
                <w:lang w:val="ru-RU"/>
              </w:rPr>
            </w:pPr>
            <w:r w:rsidRPr="006456F0">
              <w:rPr>
                <w:rFonts w:ascii="Times New Roman" w:hAnsi="Times New Roman" w:cs="Times New Roman"/>
                <w:b/>
                <w:color w:val="000000" w:themeColor="text1"/>
                <w:sz w:val="24"/>
                <w:szCs w:val="24"/>
                <w:lang w:val="ru-RU"/>
              </w:rPr>
              <w:t xml:space="preserve">Қызметтер </w:t>
            </w:r>
            <w:r w:rsidR="00DD7B02">
              <w:rPr>
                <w:rFonts w:ascii="Times New Roman" w:hAnsi="Times New Roman" w:cs="Times New Roman"/>
                <w:color w:val="000000" w:themeColor="text1"/>
                <w:sz w:val="24"/>
                <w:szCs w:val="24"/>
                <w:lang w:val="ru-RU"/>
              </w:rPr>
              <w:t xml:space="preserve">– </w:t>
            </w:r>
            <w:r w:rsidR="00DD7B02" w:rsidRPr="00DD7B02">
              <w:rPr>
                <w:rFonts w:ascii="Times New Roman" w:hAnsi="Times New Roman" w:cs="Times New Roman"/>
                <w:color w:val="000000" w:themeColor="text1"/>
                <w:sz w:val="24"/>
                <w:szCs w:val="24"/>
                <w:lang w:val="ru-RU"/>
              </w:rPr>
              <w:t>Лицензияның және оған қосымшалардың негізінде және стандарттарға сәйкес Орындаушы көрсететін Пр</w:t>
            </w:r>
            <w:r w:rsidR="00A758F0">
              <w:rPr>
                <w:rFonts w:ascii="Times New Roman" w:hAnsi="Times New Roman" w:cs="Times New Roman"/>
                <w:color w:val="000000" w:themeColor="text1"/>
                <w:sz w:val="24"/>
                <w:szCs w:val="24"/>
                <w:lang w:val="ru-RU"/>
              </w:rPr>
              <w:t>айслист</w:t>
            </w:r>
            <w:r w:rsidR="00DD7B02" w:rsidRPr="00DD7B02">
              <w:rPr>
                <w:rFonts w:ascii="Times New Roman" w:hAnsi="Times New Roman" w:cs="Times New Roman"/>
                <w:color w:val="000000" w:themeColor="text1"/>
                <w:sz w:val="24"/>
                <w:szCs w:val="24"/>
                <w:lang w:val="ru-RU"/>
              </w:rPr>
              <w:t xml:space="preserve">қа сәйкес тізбе және құн бойынша </w:t>
            </w:r>
            <w:r w:rsidR="00DD7B02">
              <w:rPr>
                <w:rFonts w:ascii="Times New Roman" w:hAnsi="Times New Roman" w:cs="Times New Roman"/>
                <w:color w:val="000000" w:themeColor="text1"/>
                <w:sz w:val="24"/>
                <w:szCs w:val="24"/>
                <w:lang w:val="ru-RU"/>
              </w:rPr>
              <w:t xml:space="preserve">стоматология, </w:t>
            </w:r>
            <w:r w:rsidR="00DD7B02" w:rsidRPr="00DD7B02">
              <w:rPr>
                <w:rFonts w:ascii="Times New Roman" w:hAnsi="Times New Roman" w:cs="Times New Roman"/>
                <w:color w:val="000000" w:themeColor="text1"/>
                <w:sz w:val="24"/>
                <w:szCs w:val="24"/>
                <w:lang w:val="ru-RU"/>
              </w:rPr>
              <w:t>оториноларингология, саласындағы ақылы медициналық көмек.</w:t>
            </w:r>
          </w:p>
        </w:tc>
      </w:tr>
      <w:tr w:rsidR="00983386" w:rsidRPr="00812E08" w:rsidTr="0020029F">
        <w:trPr>
          <w:trHeight w:val="1700"/>
        </w:trPr>
        <w:tc>
          <w:tcPr>
            <w:tcW w:w="5246" w:type="dxa"/>
          </w:tcPr>
          <w:p w:rsidR="00983386" w:rsidRPr="00983386" w:rsidRDefault="00983386" w:rsidP="0084249F">
            <w:pPr>
              <w:spacing w:after="120"/>
              <w:jc w:val="both"/>
              <w:rPr>
                <w:sz w:val="24"/>
                <w:szCs w:val="24"/>
                <w:lang w:val="ru-RU"/>
              </w:rPr>
            </w:pPr>
            <w:r w:rsidRPr="001543E6">
              <w:rPr>
                <w:b/>
                <w:sz w:val="24"/>
                <w:szCs w:val="24"/>
                <w:lang w:val="ru-RU"/>
              </w:rPr>
              <w:t>Пациент</w:t>
            </w:r>
            <w:r w:rsidRPr="001543E6">
              <w:rPr>
                <w:sz w:val="24"/>
                <w:szCs w:val="24"/>
                <w:lang w:val="ru-RU"/>
              </w:rPr>
              <w:t xml:space="preserve"> — физическое лицо, обратившееся к Исполнителю за получением платных медицинских услуг, а также законный представитель такого лица (в случаях, предусмотренных законода</w:t>
            </w:r>
            <w:r>
              <w:rPr>
                <w:sz w:val="24"/>
                <w:szCs w:val="24"/>
                <w:lang w:val="ru-RU"/>
              </w:rPr>
              <w:t xml:space="preserve">тельством), выразивший согласие </w:t>
            </w:r>
            <w:r w:rsidRPr="001543E6">
              <w:rPr>
                <w:sz w:val="24"/>
                <w:szCs w:val="24"/>
                <w:lang w:val="ru-RU"/>
              </w:rPr>
              <w:t>на заключение Договора оказания медицинских услуг</w:t>
            </w:r>
            <w:r w:rsidRPr="0015284C">
              <w:rPr>
                <w:lang w:val="ru-RU"/>
              </w:rPr>
              <w:t xml:space="preserve"> </w:t>
            </w:r>
            <w:r>
              <w:rPr>
                <w:sz w:val="24"/>
                <w:szCs w:val="24"/>
                <w:lang w:val="ru-RU"/>
              </w:rPr>
              <w:t>путём акцепта П</w:t>
            </w:r>
            <w:r w:rsidRPr="0015284C">
              <w:rPr>
                <w:sz w:val="24"/>
                <w:szCs w:val="24"/>
                <w:lang w:val="ru-RU"/>
              </w:rPr>
              <w:t>убличной оферты.</w:t>
            </w:r>
          </w:p>
        </w:tc>
        <w:tc>
          <w:tcPr>
            <w:tcW w:w="5103" w:type="dxa"/>
          </w:tcPr>
          <w:p w:rsidR="00983386" w:rsidRPr="00B85D9E" w:rsidRDefault="00B85D9E" w:rsidP="00BC11C2">
            <w:pPr>
              <w:pStyle w:val="aa"/>
              <w:pBdr>
                <w:bottom w:val="none" w:sz="0" w:space="0" w:color="auto"/>
              </w:pBdr>
              <w:jc w:val="both"/>
              <w:rPr>
                <w:rFonts w:ascii="Times New Roman" w:hAnsi="Times New Roman" w:cs="Times New Roman"/>
                <w:color w:val="000000" w:themeColor="text1"/>
                <w:sz w:val="24"/>
                <w:szCs w:val="24"/>
                <w:lang w:val="ru-RU"/>
              </w:rPr>
            </w:pPr>
            <w:r w:rsidRPr="00B85D9E">
              <w:rPr>
                <w:rFonts w:ascii="Times New Roman" w:hAnsi="Times New Roman" w:cs="Times New Roman"/>
                <w:b/>
                <w:color w:val="000000" w:themeColor="text1"/>
                <w:sz w:val="24"/>
                <w:szCs w:val="24"/>
                <w:lang w:val="ru-RU"/>
              </w:rPr>
              <w:t>Пациент</w:t>
            </w:r>
            <w:r w:rsidRPr="00B85D9E">
              <w:rPr>
                <w:rFonts w:ascii="Times New Roman" w:hAnsi="Times New Roman" w:cs="Times New Roman"/>
                <w:color w:val="000000" w:themeColor="text1"/>
                <w:sz w:val="24"/>
                <w:szCs w:val="24"/>
                <w:lang w:val="ru-RU"/>
              </w:rPr>
              <w:t xml:space="preserve"> –</w:t>
            </w:r>
            <w:r w:rsidR="00A758F0">
              <w:rPr>
                <w:rFonts w:ascii="Times New Roman" w:hAnsi="Times New Roman" w:cs="Times New Roman"/>
                <w:color w:val="000000" w:themeColor="text1"/>
                <w:sz w:val="24"/>
                <w:szCs w:val="24"/>
                <w:lang w:val="ru-RU"/>
              </w:rPr>
              <w:t xml:space="preserve"> </w:t>
            </w:r>
            <w:r w:rsidR="00BC11C2">
              <w:rPr>
                <w:rFonts w:ascii="Times New Roman" w:hAnsi="Times New Roman" w:cs="Times New Roman"/>
                <w:color w:val="000000" w:themeColor="text1"/>
                <w:sz w:val="24"/>
                <w:szCs w:val="24"/>
                <w:lang w:val="ru-RU"/>
              </w:rPr>
              <w:t>Жария о</w:t>
            </w:r>
            <w:r w:rsidR="00BC11C2" w:rsidRPr="00B85D9E">
              <w:rPr>
                <w:rFonts w:ascii="Times New Roman" w:hAnsi="Times New Roman" w:cs="Times New Roman"/>
                <w:color w:val="000000" w:themeColor="text1"/>
                <w:sz w:val="24"/>
                <w:szCs w:val="24"/>
                <w:lang w:val="ru-RU"/>
              </w:rPr>
              <w:t xml:space="preserve">фертаны акцепттеу жолымен Шарт жасасуға келісім білдірген Орындаушыға ақылы медициналық қызметтер алу үшін жүгінген жеке тұлға, </w:t>
            </w:r>
            <w:r w:rsidR="00BC11C2">
              <w:rPr>
                <w:rFonts w:ascii="Times New Roman" w:hAnsi="Times New Roman" w:cs="Times New Roman"/>
                <w:color w:val="000000" w:themeColor="text1"/>
                <w:sz w:val="24"/>
                <w:szCs w:val="24"/>
                <w:lang w:val="ru-RU"/>
              </w:rPr>
              <w:t>және</w:t>
            </w:r>
            <w:r w:rsidR="00BC11C2" w:rsidRPr="00BC11C2">
              <w:rPr>
                <w:lang w:val="ru-RU"/>
              </w:rPr>
              <w:t xml:space="preserve"> </w:t>
            </w:r>
            <w:r w:rsidR="00BC11C2" w:rsidRPr="00BC11C2">
              <w:rPr>
                <w:rFonts w:ascii="Times New Roman" w:hAnsi="Times New Roman" w:cs="Times New Roman"/>
                <w:color w:val="000000" w:themeColor="text1"/>
                <w:sz w:val="24"/>
                <w:szCs w:val="24"/>
                <w:lang w:val="ru-RU"/>
              </w:rPr>
              <w:t xml:space="preserve">сондай-ақ мұндай жеке тұлғаның заңды өкілі </w:t>
            </w:r>
            <w:r w:rsidR="00BC11C2">
              <w:rPr>
                <w:rFonts w:ascii="Times New Roman" w:hAnsi="Times New Roman" w:cs="Times New Roman"/>
                <w:color w:val="000000" w:themeColor="text1"/>
                <w:sz w:val="24"/>
                <w:szCs w:val="24"/>
                <w:lang w:val="ru-RU"/>
              </w:rPr>
              <w:t>(заң</w:t>
            </w:r>
            <w:r w:rsidR="00BC11C2" w:rsidRPr="00D46560">
              <w:rPr>
                <w:rFonts w:ascii="Times New Roman" w:hAnsi="Times New Roman" w:cs="Times New Roman"/>
                <w:color w:val="000000" w:themeColor="text1"/>
                <w:sz w:val="24"/>
                <w:szCs w:val="24"/>
                <w:lang w:val="ru-RU"/>
              </w:rPr>
              <w:t>да көзделген жағдайларда</w:t>
            </w:r>
            <w:r w:rsidR="00BC11C2">
              <w:rPr>
                <w:rFonts w:ascii="Times New Roman" w:hAnsi="Times New Roman" w:cs="Times New Roman"/>
                <w:color w:val="000000" w:themeColor="text1"/>
                <w:sz w:val="24"/>
                <w:szCs w:val="24"/>
                <w:lang w:val="ru-RU"/>
              </w:rPr>
              <w:t xml:space="preserve">). </w:t>
            </w:r>
            <w:r w:rsidR="00D46560">
              <w:rPr>
                <w:rFonts w:ascii="Times New Roman" w:hAnsi="Times New Roman" w:cs="Times New Roman"/>
                <w:color w:val="000000" w:themeColor="text1"/>
                <w:sz w:val="24"/>
                <w:szCs w:val="24"/>
                <w:lang w:val="ru-RU"/>
              </w:rPr>
              <w:t xml:space="preserve"> </w:t>
            </w:r>
          </w:p>
        </w:tc>
      </w:tr>
      <w:tr w:rsidR="00983386" w:rsidRPr="00812E08" w:rsidTr="0020029F">
        <w:trPr>
          <w:trHeight w:val="1700"/>
        </w:trPr>
        <w:tc>
          <w:tcPr>
            <w:tcW w:w="5246" w:type="dxa"/>
          </w:tcPr>
          <w:p w:rsidR="00983386" w:rsidRDefault="00983386" w:rsidP="00A758F0">
            <w:pPr>
              <w:spacing w:after="120"/>
              <w:jc w:val="both"/>
              <w:rPr>
                <w:rFonts w:cs="Times New Roman"/>
                <w:b/>
                <w:sz w:val="24"/>
                <w:szCs w:val="24"/>
                <w:lang w:val="ru-RU"/>
              </w:rPr>
            </w:pPr>
            <w:r w:rsidRPr="006246ED">
              <w:rPr>
                <w:b/>
                <w:sz w:val="24"/>
                <w:szCs w:val="24"/>
                <w:lang w:val="ru-RU"/>
              </w:rPr>
              <w:t>Прейскурант</w:t>
            </w:r>
            <w:r>
              <w:rPr>
                <w:sz w:val="24"/>
                <w:szCs w:val="24"/>
                <w:lang w:val="ru-RU"/>
              </w:rPr>
              <w:t xml:space="preserve"> -  прейскурант цен, утвержденный Исполнителем и действующий на момент получения Пациентом любой из </w:t>
            </w:r>
            <w:r w:rsidR="003578A3">
              <w:rPr>
                <w:sz w:val="24"/>
                <w:szCs w:val="24"/>
                <w:lang w:val="ru-RU"/>
              </w:rPr>
              <w:t>У</w:t>
            </w:r>
            <w:r>
              <w:rPr>
                <w:sz w:val="24"/>
                <w:szCs w:val="24"/>
                <w:lang w:val="ru-RU"/>
              </w:rPr>
              <w:t>слуг Исполнителя, перечень которых приведен в Пр</w:t>
            </w:r>
            <w:r w:rsidR="00A758F0">
              <w:rPr>
                <w:sz w:val="24"/>
                <w:szCs w:val="24"/>
                <w:lang w:val="ru-RU"/>
              </w:rPr>
              <w:t>айслисте</w:t>
            </w:r>
            <w:r>
              <w:rPr>
                <w:sz w:val="24"/>
                <w:szCs w:val="24"/>
                <w:lang w:val="ru-RU"/>
              </w:rPr>
              <w:t>. Пр</w:t>
            </w:r>
            <w:r w:rsidR="00A758F0">
              <w:rPr>
                <w:sz w:val="24"/>
                <w:szCs w:val="24"/>
                <w:lang w:val="ru-RU"/>
              </w:rPr>
              <w:t>айслис</w:t>
            </w:r>
            <w:r>
              <w:rPr>
                <w:sz w:val="24"/>
                <w:szCs w:val="24"/>
                <w:lang w:val="ru-RU"/>
              </w:rPr>
              <w:t>т является неотъемлемой частью настоящей Публичной оферты</w:t>
            </w:r>
            <w:r w:rsidR="00D01FCA">
              <w:rPr>
                <w:sz w:val="24"/>
                <w:szCs w:val="24"/>
                <w:lang w:val="ru-RU"/>
              </w:rPr>
              <w:t xml:space="preserve"> </w:t>
            </w:r>
            <w:r w:rsidR="00A856A1">
              <w:rPr>
                <w:sz w:val="24"/>
                <w:szCs w:val="24"/>
                <w:lang w:val="ru-RU"/>
              </w:rPr>
              <w:t xml:space="preserve">путем отсылки на него </w:t>
            </w:r>
            <w:r w:rsidR="00D01FCA">
              <w:rPr>
                <w:sz w:val="24"/>
                <w:szCs w:val="24"/>
                <w:lang w:val="ru-RU"/>
              </w:rPr>
              <w:t>и размещается на стойке регистра</w:t>
            </w:r>
            <w:r w:rsidR="003578A3">
              <w:rPr>
                <w:sz w:val="24"/>
                <w:szCs w:val="24"/>
                <w:lang w:val="ru-RU"/>
              </w:rPr>
              <w:t>туры</w:t>
            </w:r>
            <w:r w:rsidR="00A758F0">
              <w:rPr>
                <w:sz w:val="24"/>
                <w:szCs w:val="24"/>
                <w:lang w:val="ru-RU"/>
              </w:rPr>
              <w:t xml:space="preserve"> </w:t>
            </w:r>
            <w:r w:rsidR="00A758F0">
              <w:rPr>
                <w:sz w:val="24"/>
                <w:szCs w:val="24"/>
                <w:lang w:val="ru-RU"/>
              </w:rPr>
              <w:t>(ресепшн)</w:t>
            </w:r>
            <w:r w:rsidR="00A758F0">
              <w:rPr>
                <w:sz w:val="24"/>
                <w:szCs w:val="24"/>
                <w:lang w:val="ru-RU"/>
              </w:rPr>
              <w:t xml:space="preserve"> и/или информационных стендах</w:t>
            </w:r>
            <w:r w:rsidR="00D01FCA">
              <w:rPr>
                <w:sz w:val="24"/>
                <w:szCs w:val="24"/>
                <w:lang w:val="ru-RU"/>
              </w:rPr>
              <w:t xml:space="preserve"> </w:t>
            </w:r>
            <w:r w:rsidR="003578A3">
              <w:rPr>
                <w:sz w:val="24"/>
                <w:szCs w:val="24"/>
                <w:lang w:val="ru-RU"/>
              </w:rPr>
              <w:t>в клиник</w:t>
            </w:r>
            <w:r w:rsidR="00A758F0">
              <w:rPr>
                <w:sz w:val="24"/>
                <w:szCs w:val="24"/>
                <w:lang w:val="ru-RU"/>
              </w:rPr>
              <w:t>е</w:t>
            </w:r>
            <w:r w:rsidR="003578A3">
              <w:rPr>
                <w:sz w:val="24"/>
                <w:szCs w:val="24"/>
                <w:lang w:val="ru-RU"/>
              </w:rPr>
              <w:t xml:space="preserve"> Исполнителя</w:t>
            </w:r>
            <w:r w:rsidR="00D01FCA">
              <w:rPr>
                <w:sz w:val="24"/>
                <w:szCs w:val="24"/>
                <w:lang w:val="ru-RU"/>
              </w:rPr>
              <w:t xml:space="preserve"> </w:t>
            </w:r>
          </w:p>
        </w:tc>
        <w:tc>
          <w:tcPr>
            <w:tcW w:w="5103" w:type="dxa"/>
          </w:tcPr>
          <w:p w:rsidR="00983386" w:rsidRPr="00B85D9E" w:rsidRDefault="00B85D9E" w:rsidP="00A758F0">
            <w:pPr>
              <w:pStyle w:val="aa"/>
              <w:pBdr>
                <w:bottom w:val="none" w:sz="0" w:space="0" w:color="auto"/>
              </w:pBdr>
              <w:jc w:val="both"/>
              <w:rPr>
                <w:rFonts w:ascii="Times New Roman" w:hAnsi="Times New Roman" w:cs="Times New Roman"/>
                <w:color w:val="000000" w:themeColor="text1"/>
                <w:sz w:val="24"/>
                <w:szCs w:val="24"/>
                <w:lang w:val="ru-RU"/>
              </w:rPr>
            </w:pPr>
            <w:r w:rsidRPr="00B85D9E">
              <w:rPr>
                <w:rFonts w:ascii="Times New Roman" w:hAnsi="Times New Roman" w:cs="Times New Roman"/>
                <w:b/>
                <w:bCs/>
                <w:color w:val="000000" w:themeColor="text1"/>
                <w:sz w:val="24"/>
                <w:szCs w:val="24"/>
                <w:lang w:val="ru-RU"/>
              </w:rPr>
              <w:t>Прейскурант</w:t>
            </w:r>
            <w:r w:rsidRPr="00B85D9E">
              <w:rPr>
                <w:rFonts w:ascii="Times New Roman" w:hAnsi="Times New Roman" w:cs="Times New Roman"/>
                <w:color w:val="000000" w:themeColor="text1"/>
                <w:sz w:val="24"/>
                <w:szCs w:val="24"/>
                <w:lang w:val="ru-RU"/>
              </w:rPr>
              <w:t xml:space="preserve"> – </w:t>
            </w:r>
            <w:r w:rsidR="00A758F0" w:rsidRPr="00A758F0">
              <w:rPr>
                <w:rFonts w:ascii="Times New Roman" w:hAnsi="Times New Roman" w:cs="Times New Roman"/>
                <w:color w:val="000000" w:themeColor="text1"/>
                <w:sz w:val="24"/>
                <w:szCs w:val="24"/>
                <w:lang w:val="ru-RU"/>
              </w:rPr>
              <w:t>тізбесі Прайслисте келтірілген Орындаушы бекіткен және Пациент Орындаушының кез келген Қызметін алған сәтте қолданыстағы баға прейскуранты. Прайслист оған сілтеме жасау арқылы осы Жария офертаның ажырамас бөлігі болып табылады және Орындаушының клиникасындағы тіркеу (ресепшн) тіреуінде және/немесе ақпараттық стендтерде орналастырылады</w:t>
            </w:r>
            <w:r w:rsidRPr="00B85D9E">
              <w:rPr>
                <w:rFonts w:ascii="Times New Roman" w:hAnsi="Times New Roman" w:cs="Times New Roman"/>
                <w:color w:val="000000" w:themeColor="text1"/>
                <w:sz w:val="24"/>
                <w:szCs w:val="24"/>
                <w:lang w:val="ru-RU"/>
              </w:rPr>
              <w:t>.</w:t>
            </w:r>
          </w:p>
        </w:tc>
      </w:tr>
      <w:tr w:rsidR="00983386" w:rsidRPr="00812E08" w:rsidTr="0020029F">
        <w:trPr>
          <w:trHeight w:val="1700"/>
        </w:trPr>
        <w:tc>
          <w:tcPr>
            <w:tcW w:w="5246" w:type="dxa"/>
          </w:tcPr>
          <w:p w:rsidR="00983386" w:rsidRPr="00983386" w:rsidRDefault="00983386" w:rsidP="0084249F">
            <w:pPr>
              <w:spacing w:after="120"/>
              <w:jc w:val="both"/>
              <w:rPr>
                <w:sz w:val="24"/>
                <w:szCs w:val="24"/>
                <w:lang w:val="ru-RU"/>
              </w:rPr>
            </w:pPr>
            <w:r w:rsidRPr="001543E6">
              <w:rPr>
                <w:rStyle w:val="af6"/>
                <w:sz w:val="24"/>
                <w:szCs w:val="24"/>
                <w:lang w:val="ru-RU"/>
              </w:rPr>
              <w:t>Публичная оферта</w:t>
            </w:r>
            <w:r w:rsidRPr="001543E6">
              <w:rPr>
                <w:sz w:val="24"/>
                <w:szCs w:val="24"/>
                <w:lang w:val="ru-RU"/>
              </w:rPr>
              <w:t xml:space="preserve"> — предложение Исполнителя, адресованное неограниченному кругу лиц, заключить договор оказания платных медицинских услуг на изложенных в оферте условиях посредством её акцепта Пациентом</w:t>
            </w:r>
            <w:r w:rsidR="0084249F">
              <w:rPr>
                <w:sz w:val="24"/>
                <w:szCs w:val="24"/>
                <w:lang w:val="ru-RU"/>
              </w:rPr>
              <w:t>, как изложено ниже</w:t>
            </w:r>
            <w:r w:rsidRPr="001543E6">
              <w:rPr>
                <w:sz w:val="24"/>
                <w:szCs w:val="24"/>
                <w:lang w:val="ru-RU"/>
              </w:rPr>
              <w:t>.</w:t>
            </w:r>
          </w:p>
        </w:tc>
        <w:tc>
          <w:tcPr>
            <w:tcW w:w="5103" w:type="dxa"/>
          </w:tcPr>
          <w:p w:rsidR="00983386" w:rsidRPr="00B85D9E" w:rsidRDefault="00B85D9E" w:rsidP="00B85D9E">
            <w:pPr>
              <w:pStyle w:val="aa"/>
              <w:pBdr>
                <w:bottom w:val="none" w:sz="0" w:space="0" w:color="auto"/>
              </w:pBdr>
              <w:jc w:val="both"/>
              <w:rPr>
                <w:rFonts w:ascii="Times New Roman" w:hAnsi="Times New Roman" w:cs="Times New Roman"/>
                <w:color w:val="000000" w:themeColor="text1"/>
                <w:sz w:val="24"/>
                <w:szCs w:val="24"/>
                <w:lang w:val="ru-RU"/>
              </w:rPr>
            </w:pPr>
            <w:r w:rsidRPr="00B85D9E">
              <w:rPr>
                <w:rFonts w:ascii="Times New Roman" w:hAnsi="Times New Roman" w:cs="Times New Roman"/>
                <w:b/>
                <w:color w:val="000000" w:themeColor="text1"/>
                <w:sz w:val="24"/>
                <w:szCs w:val="24"/>
                <w:lang w:val="ru-RU"/>
              </w:rPr>
              <w:t>Жария оферта</w:t>
            </w:r>
            <w:r w:rsidRPr="00B85D9E">
              <w:rPr>
                <w:rFonts w:ascii="Times New Roman" w:hAnsi="Times New Roman" w:cs="Times New Roman"/>
                <w:color w:val="000000" w:themeColor="text1"/>
                <w:sz w:val="24"/>
                <w:szCs w:val="24"/>
                <w:lang w:val="ru-RU"/>
              </w:rPr>
              <w:t xml:space="preserve"> – Орындаушының шектеусіз тұлғаларға арналған ұсынысы, осы Офертада баяндалған шарттар негізінде Пациенттің акцепті арқылы ақылы медициналық қызметтер көрсету туралы шарт жасасу.</w:t>
            </w:r>
          </w:p>
        </w:tc>
      </w:tr>
      <w:tr w:rsidR="00210D0E" w:rsidRPr="006246ED" w:rsidTr="00210D0E">
        <w:trPr>
          <w:trHeight w:val="387"/>
        </w:trPr>
        <w:tc>
          <w:tcPr>
            <w:tcW w:w="5246" w:type="dxa"/>
          </w:tcPr>
          <w:p w:rsidR="00210D0E" w:rsidRPr="0084249F" w:rsidRDefault="00210D0E" w:rsidP="00210D0E">
            <w:pPr>
              <w:jc w:val="both"/>
              <w:rPr>
                <w:rFonts w:cs="Times New Roman"/>
                <w:b/>
                <w:sz w:val="24"/>
                <w:szCs w:val="24"/>
                <w:lang w:val="ru-RU"/>
              </w:rPr>
            </w:pPr>
            <w:r>
              <w:rPr>
                <w:rFonts w:cs="Times New Roman"/>
                <w:b/>
                <w:sz w:val="24"/>
                <w:szCs w:val="24"/>
                <w:lang w:val="ru-RU"/>
              </w:rPr>
              <w:t xml:space="preserve">2. УСЛОВИЯ ЗАКЛЮЧЕНИЯ ДОГОВОРА </w:t>
            </w:r>
          </w:p>
        </w:tc>
        <w:tc>
          <w:tcPr>
            <w:tcW w:w="5103" w:type="dxa"/>
          </w:tcPr>
          <w:p w:rsidR="00210D0E" w:rsidRPr="00B85D9E" w:rsidRDefault="00B85D9E">
            <w:pPr>
              <w:pStyle w:val="aa"/>
              <w:pBdr>
                <w:bottom w:val="none" w:sz="0" w:space="0" w:color="auto"/>
              </w:pBdr>
              <w:rPr>
                <w:rFonts w:ascii="Times New Roman" w:hAnsi="Times New Roman" w:cs="Times New Roman"/>
                <w:b/>
                <w:color w:val="000000" w:themeColor="text1"/>
                <w:sz w:val="24"/>
                <w:szCs w:val="24"/>
                <w:lang w:val="ru-RU"/>
              </w:rPr>
            </w:pPr>
            <w:r w:rsidRPr="00B85D9E">
              <w:rPr>
                <w:rFonts w:ascii="Times New Roman" w:hAnsi="Times New Roman" w:cs="Times New Roman"/>
                <w:b/>
                <w:color w:val="000000" w:themeColor="text1"/>
                <w:sz w:val="24"/>
                <w:szCs w:val="24"/>
                <w:lang w:val="ru-RU"/>
              </w:rPr>
              <w:t>2. ШАРТ ЖАСАСУ ШАРТТАРЫ</w:t>
            </w:r>
          </w:p>
        </w:tc>
      </w:tr>
      <w:tr w:rsidR="00210D0E" w:rsidRPr="00812E08" w:rsidTr="00210D0E">
        <w:trPr>
          <w:trHeight w:val="2649"/>
        </w:trPr>
        <w:tc>
          <w:tcPr>
            <w:tcW w:w="5246" w:type="dxa"/>
          </w:tcPr>
          <w:p w:rsidR="00210D0E" w:rsidRPr="0020029F" w:rsidRDefault="00210D0E" w:rsidP="00210D0E">
            <w:pPr>
              <w:jc w:val="both"/>
              <w:rPr>
                <w:rFonts w:cs="Times New Roman"/>
                <w:sz w:val="24"/>
                <w:szCs w:val="24"/>
                <w:lang w:val="ru-RU"/>
              </w:rPr>
            </w:pPr>
            <w:r>
              <w:rPr>
                <w:rFonts w:cs="Times New Roman"/>
                <w:sz w:val="24"/>
                <w:szCs w:val="24"/>
                <w:lang w:val="ru-RU"/>
              </w:rPr>
              <w:lastRenderedPageBreak/>
              <w:t>2.1. Настоящая Публичная оферта, опубликованная</w:t>
            </w:r>
            <w:r w:rsidRPr="0020029F">
              <w:rPr>
                <w:rFonts w:cs="Times New Roman"/>
                <w:sz w:val="24"/>
                <w:szCs w:val="24"/>
                <w:lang w:val="ru-RU"/>
              </w:rPr>
              <w:t xml:space="preserve"> в сети Интернет по адресу</w:t>
            </w:r>
            <w:r>
              <w:rPr>
                <w:rFonts w:cs="Times New Roman"/>
                <w:sz w:val="24"/>
                <w:szCs w:val="24"/>
                <w:lang w:val="ru-RU"/>
              </w:rPr>
              <w:t xml:space="preserve"> веб-сайта Исполнителя</w:t>
            </w:r>
            <w:r w:rsidRPr="0020029F">
              <w:rPr>
                <w:rFonts w:cs="Times New Roman"/>
                <w:sz w:val="24"/>
                <w:szCs w:val="24"/>
                <w:lang w:val="ru-RU"/>
              </w:rPr>
              <w:t xml:space="preserve">: </w:t>
            </w:r>
            <w:r w:rsidR="0084249F" w:rsidRPr="0084249F">
              <w:rPr>
                <w:rFonts w:cs="Times New Roman"/>
                <w:sz w:val="24"/>
                <w:szCs w:val="24"/>
                <w:lang w:val="ru-RU"/>
              </w:rPr>
              <w:t>https://</w:t>
            </w:r>
            <w:r w:rsidR="00DD7B02">
              <w:rPr>
                <w:rFonts w:cs="Times New Roman"/>
                <w:sz w:val="24"/>
                <w:szCs w:val="24"/>
              </w:rPr>
              <w:t>www</w:t>
            </w:r>
            <w:r w:rsidR="00DD7B02" w:rsidRPr="00DD7B02">
              <w:rPr>
                <w:rFonts w:cs="Times New Roman"/>
                <w:sz w:val="24"/>
                <w:szCs w:val="24"/>
                <w:lang w:val="ru-RU"/>
              </w:rPr>
              <w:t>.</w:t>
            </w:r>
            <w:r w:rsidR="00DD7B02">
              <w:rPr>
                <w:rFonts w:cs="Times New Roman"/>
                <w:sz w:val="24"/>
                <w:szCs w:val="24"/>
              </w:rPr>
              <w:t>dentokstom</w:t>
            </w:r>
            <w:r w:rsidR="00DD7B02" w:rsidRPr="00DD7B02">
              <w:rPr>
                <w:rFonts w:cs="Times New Roman"/>
                <w:sz w:val="24"/>
                <w:szCs w:val="24"/>
                <w:lang w:val="ru-RU"/>
              </w:rPr>
              <w:t>.</w:t>
            </w:r>
            <w:r w:rsidR="00DD7B02">
              <w:rPr>
                <w:rFonts w:cs="Times New Roman"/>
                <w:sz w:val="24"/>
                <w:szCs w:val="24"/>
              </w:rPr>
              <w:t>com</w:t>
            </w:r>
            <w:r>
              <w:rPr>
                <w:rFonts w:cs="Times New Roman"/>
                <w:sz w:val="24"/>
                <w:szCs w:val="24"/>
                <w:lang w:val="ru-RU"/>
              </w:rPr>
              <w:t>, а также размещенная</w:t>
            </w:r>
            <w:r w:rsidR="003578A3">
              <w:rPr>
                <w:rFonts w:cs="Times New Roman"/>
                <w:sz w:val="24"/>
                <w:szCs w:val="24"/>
                <w:lang w:val="ru-RU"/>
              </w:rPr>
              <w:t xml:space="preserve"> на стойке регистратуры (ресепшн)</w:t>
            </w:r>
            <w:r w:rsidR="00DD7B02" w:rsidRPr="00DD7B02">
              <w:rPr>
                <w:rFonts w:cs="Times New Roman"/>
                <w:sz w:val="24"/>
                <w:szCs w:val="24"/>
                <w:lang w:val="ru-RU"/>
              </w:rPr>
              <w:t xml:space="preserve"> </w:t>
            </w:r>
            <w:r w:rsidR="00DD7B02">
              <w:rPr>
                <w:rFonts w:cs="Times New Roman"/>
                <w:sz w:val="24"/>
                <w:szCs w:val="24"/>
                <w:lang w:val="ru-RU"/>
              </w:rPr>
              <w:t>и/или информационных стендах</w:t>
            </w:r>
            <w:r w:rsidR="003578A3">
              <w:rPr>
                <w:rFonts w:cs="Times New Roman"/>
                <w:sz w:val="24"/>
                <w:szCs w:val="24"/>
                <w:lang w:val="ru-RU"/>
              </w:rPr>
              <w:t xml:space="preserve"> </w:t>
            </w:r>
            <w:r w:rsidR="0084249F">
              <w:rPr>
                <w:rFonts w:cs="Times New Roman"/>
                <w:sz w:val="24"/>
                <w:szCs w:val="24"/>
                <w:lang w:val="ru-RU"/>
              </w:rPr>
              <w:t>в клиник</w:t>
            </w:r>
            <w:r w:rsidR="00A758F0">
              <w:rPr>
                <w:rFonts w:cs="Times New Roman"/>
                <w:sz w:val="24"/>
                <w:szCs w:val="24"/>
                <w:lang w:val="ru-RU"/>
              </w:rPr>
              <w:t>е</w:t>
            </w:r>
            <w:r>
              <w:rPr>
                <w:rFonts w:cs="Times New Roman"/>
                <w:sz w:val="24"/>
                <w:szCs w:val="24"/>
                <w:lang w:val="ru-RU"/>
              </w:rPr>
              <w:t xml:space="preserve"> Исполнителя</w:t>
            </w:r>
            <w:r w:rsidRPr="0020029F">
              <w:rPr>
                <w:rFonts w:cs="Times New Roman"/>
                <w:sz w:val="24"/>
                <w:szCs w:val="24"/>
                <w:lang w:val="ru-RU"/>
              </w:rPr>
              <w:t xml:space="preserve">, распространяется на каждого Пациента, кто обращается </w:t>
            </w:r>
            <w:r>
              <w:rPr>
                <w:rFonts w:cs="Times New Roman"/>
                <w:sz w:val="24"/>
                <w:szCs w:val="24"/>
                <w:lang w:val="ru-RU"/>
              </w:rPr>
              <w:t>к Исполнителю за оказанием У</w:t>
            </w:r>
            <w:r w:rsidRPr="0020029F">
              <w:rPr>
                <w:rFonts w:cs="Times New Roman"/>
                <w:sz w:val="24"/>
                <w:szCs w:val="24"/>
                <w:lang w:val="ru-RU"/>
              </w:rPr>
              <w:t>слу</w:t>
            </w:r>
            <w:r>
              <w:rPr>
                <w:rFonts w:cs="Times New Roman"/>
                <w:sz w:val="24"/>
                <w:szCs w:val="24"/>
                <w:lang w:val="ru-RU"/>
              </w:rPr>
              <w:t>г. По требованию Пациента Публичная оферта</w:t>
            </w:r>
            <w:r w:rsidRPr="0020029F">
              <w:rPr>
                <w:rFonts w:cs="Times New Roman"/>
                <w:sz w:val="24"/>
                <w:szCs w:val="24"/>
                <w:lang w:val="ru-RU"/>
              </w:rPr>
              <w:t xml:space="preserve"> может быть предоставлен</w:t>
            </w:r>
            <w:r>
              <w:rPr>
                <w:rFonts w:cs="Times New Roman"/>
                <w:sz w:val="24"/>
                <w:szCs w:val="24"/>
                <w:lang w:val="ru-RU"/>
              </w:rPr>
              <w:t>а</w:t>
            </w:r>
            <w:r w:rsidRPr="0020029F">
              <w:rPr>
                <w:rFonts w:cs="Times New Roman"/>
                <w:sz w:val="24"/>
                <w:szCs w:val="24"/>
                <w:lang w:val="ru-RU"/>
              </w:rPr>
              <w:t xml:space="preserve"> ему в печатной форме.</w:t>
            </w:r>
          </w:p>
          <w:p w:rsidR="00210D0E" w:rsidRDefault="00210D0E" w:rsidP="0020029F">
            <w:pPr>
              <w:jc w:val="both"/>
              <w:rPr>
                <w:rFonts w:cs="Times New Roman"/>
                <w:b/>
                <w:sz w:val="24"/>
                <w:szCs w:val="24"/>
                <w:lang w:val="ru-RU"/>
              </w:rPr>
            </w:pPr>
          </w:p>
        </w:tc>
        <w:tc>
          <w:tcPr>
            <w:tcW w:w="5103" w:type="dxa"/>
          </w:tcPr>
          <w:p w:rsidR="00210D0E" w:rsidRPr="00A758F0" w:rsidRDefault="00B85D9E" w:rsidP="00A758F0">
            <w:pPr>
              <w:jc w:val="both"/>
              <w:rPr>
                <w:lang w:val="ru-RU"/>
              </w:rPr>
            </w:pPr>
            <w:r w:rsidRPr="00B85D9E">
              <w:rPr>
                <w:rFonts w:cs="Times New Roman"/>
                <w:color w:val="000000" w:themeColor="text1"/>
                <w:sz w:val="24"/>
                <w:szCs w:val="24"/>
                <w:lang w:val="ru-RU"/>
              </w:rPr>
              <w:t xml:space="preserve">2.1. </w:t>
            </w:r>
            <w:r w:rsidR="00A758F0" w:rsidRPr="00A758F0">
              <w:rPr>
                <w:sz w:val="24"/>
                <w:szCs w:val="24"/>
                <w:lang w:val="ru-RU"/>
              </w:rPr>
              <w:t xml:space="preserve">Орындаушының веб-сайтының мекенжайы бойынша Интернет желісінде жарияланған осы Жария оферта: </w:t>
            </w:r>
            <w:r w:rsidR="00A758F0" w:rsidRPr="00A758F0">
              <w:rPr>
                <w:sz w:val="24"/>
                <w:szCs w:val="24"/>
              </w:rPr>
              <w:t>https</w:t>
            </w:r>
            <w:r w:rsidR="00A758F0" w:rsidRPr="00A758F0">
              <w:rPr>
                <w:sz w:val="24"/>
                <w:szCs w:val="24"/>
                <w:lang w:val="ru-RU"/>
              </w:rPr>
              <w:t>://</w:t>
            </w:r>
            <w:r w:rsidR="00A758F0" w:rsidRPr="00A758F0">
              <w:rPr>
                <w:sz w:val="24"/>
                <w:szCs w:val="24"/>
              </w:rPr>
              <w:t>www</w:t>
            </w:r>
            <w:r w:rsidR="00A758F0" w:rsidRPr="00A758F0">
              <w:rPr>
                <w:sz w:val="24"/>
                <w:szCs w:val="24"/>
                <w:lang w:val="ru-RU"/>
              </w:rPr>
              <w:t>.</w:t>
            </w:r>
            <w:r w:rsidR="00A758F0" w:rsidRPr="00A758F0">
              <w:rPr>
                <w:sz w:val="24"/>
                <w:szCs w:val="24"/>
              </w:rPr>
              <w:t>dentokstom</w:t>
            </w:r>
            <w:r w:rsidR="00A758F0" w:rsidRPr="00A758F0">
              <w:rPr>
                <w:sz w:val="24"/>
                <w:szCs w:val="24"/>
                <w:lang w:val="ru-RU"/>
              </w:rPr>
              <w:t>.</w:t>
            </w:r>
            <w:r w:rsidR="00A758F0" w:rsidRPr="00A758F0">
              <w:rPr>
                <w:sz w:val="24"/>
                <w:szCs w:val="24"/>
              </w:rPr>
              <w:t>com</w:t>
            </w:r>
            <w:r w:rsidR="00A758F0" w:rsidRPr="00A758F0">
              <w:rPr>
                <w:sz w:val="24"/>
                <w:szCs w:val="24"/>
                <w:lang w:val="ru-RU"/>
              </w:rPr>
              <w:t>, сондай-ақ Орындаушының клиникасындағы тіркеу орнындағы (ресепшн) тағанда және/немесе ақпараттық стенділерде орналастырылған Қызметтер көрсету үшін Орындаушыға жүгінетін әрбір Пациентке қолданылады. Пациенттің талабы бойынша Жария оферта оған баспа нысанында берілуі мүмкін</w:t>
            </w:r>
            <w:r w:rsidRPr="00B85D9E">
              <w:rPr>
                <w:rFonts w:cs="Times New Roman"/>
                <w:color w:val="000000" w:themeColor="text1"/>
                <w:sz w:val="24"/>
                <w:szCs w:val="24"/>
                <w:lang w:val="ru-RU"/>
              </w:rPr>
              <w:t>.</w:t>
            </w:r>
          </w:p>
        </w:tc>
      </w:tr>
      <w:tr w:rsidR="00210D0E" w:rsidRPr="00812E08" w:rsidTr="00210D0E">
        <w:trPr>
          <w:trHeight w:val="2670"/>
        </w:trPr>
        <w:tc>
          <w:tcPr>
            <w:tcW w:w="5246" w:type="dxa"/>
          </w:tcPr>
          <w:p w:rsidR="00210D0E" w:rsidRDefault="00210D0E" w:rsidP="00210D0E">
            <w:pPr>
              <w:jc w:val="both"/>
              <w:rPr>
                <w:rFonts w:cs="Times New Roman"/>
                <w:sz w:val="24"/>
                <w:szCs w:val="24"/>
                <w:lang w:val="ru-RU"/>
              </w:rPr>
            </w:pPr>
            <w:r>
              <w:rPr>
                <w:rFonts w:cs="Times New Roman"/>
                <w:sz w:val="24"/>
                <w:szCs w:val="24"/>
                <w:lang w:val="ru-RU"/>
              </w:rPr>
              <w:t>2.2. А</w:t>
            </w:r>
            <w:r w:rsidRPr="0020029F">
              <w:rPr>
                <w:rFonts w:cs="Times New Roman"/>
                <w:sz w:val="24"/>
                <w:szCs w:val="24"/>
                <w:lang w:val="ru-RU"/>
              </w:rPr>
              <w:t xml:space="preserve">кцептом </w:t>
            </w:r>
            <w:r>
              <w:rPr>
                <w:rFonts w:cs="Times New Roman"/>
                <w:sz w:val="24"/>
                <w:szCs w:val="24"/>
                <w:lang w:val="ru-RU"/>
              </w:rPr>
              <w:t xml:space="preserve">признается и </w:t>
            </w:r>
            <w:r w:rsidRPr="0020029F">
              <w:rPr>
                <w:rFonts w:cs="Times New Roman"/>
                <w:sz w:val="24"/>
                <w:szCs w:val="24"/>
                <w:lang w:val="ru-RU"/>
              </w:rPr>
              <w:t xml:space="preserve">является </w:t>
            </w:r>
            <w:r>
              <w:rPr>
                <w:rFonts w:cs="Times New Roman"/>
                <w:sz w:val="24"/>
                <w:szCs w:val="24"/>
                <w:lang w:val="ru-RU"/>
              </w:rPr>
              <w:t xml:space="preserve">любое из следующих действий Пациента: </w:t>
            </w:r>
          </w:p>
          <w:p w:rsidR="00210D0E" w:rsidRDefault="00210D0E" w:rsidP="00210D0E">
            <w:pPr>
              <w:ind w:left="460" w:hanging="283"/>
              <w:jc w:val="both"/>
              <w:rPr>
                <w:rFonts w:cs="Times New Roman"/>
                <w:sz w:val="24"/>
                <w:szCs w:val="24"/>
                <w:lang w:val="ru-RU"/>
              </w:rPr>
            </w:pPr>
            <w:r>
              <w:rPr>
                <w:rFonts w:cs="Times New Roman"/>
                <w:sz w:val="24"/>
                <w:szCs w:val="24"/>
                <w:lang w:val="ru-RU"/>
              </w:rPr>
              <w:t xml:space="preserve">- </w:t>
            </w:r>
            <w:r>
              <w:rPr>
                <w:rFonts w:cs="Times New Roman"/>
                <w:sz w:val="24"/>
                <w:szCs w:val="24"/>
                <w:lang w:val="ru-RU"/>
              </w:rPr>
              <w:tab/>
              <w:t>запись в клинику Исполнителя для получения любой Услуги по Пр</w:t>
            </w:r>
            <w:r w:rsidR="003D0F57">
              <w:rPr>
                <w:rFonts w:cs="Times New Roman"/>
                <w:sz w:val="24"/>
                <w:szCs w:val="24"/>
                <w:lang w:val="ru-RU"/>
              </w:rPr>
              <w:t>айслис</w:t>
            </w:r>
            <w:r>
              <w:rPr>
                <w:rFonts w:cs="Times New Roman"/>
                <w:sz w:val="24"/>
                <w:szCs w:val="24"/>
                <w:lang w:val="ru-RU"/>
              </w:rPr>
              <w:t>ту;</w:t>
            </w:r>
          </w:p>
          <w:p w:rsidR="00210D0E" w:rsidRDefault="00210D0E" w:rsidP="00210D0E">
            <w:pPr>
              <w:ind w:left="460" w:hanging="283"/>
              <w:jc w:val="both"/>
              <w:rPr>
                <w:rFonts w:cs="Times New Roman"/>
                <w:sz w:val="24"/>
                <w:szCs w:val="24"/>
                <w:lang w:val="ru-RU"/>
              </w:rPr>
            </w:pPr>
            <w:r>
              <w:rPr>
                <w:rFonts w:cs="Times New Roman"/>
                <w:sz w:val="24"/>
                <w:szCs w:val="24"/>
                <w:lang w:val="ru-RU"/>
              </w:rPr>
              <w:t>-</w:t>
            </w:r>
            <w:r>
              <w:rPr>
                <w:rFonts w:cs="Times New Roman"/>
                <w:sz w:val="24"/>
                <w:szCs w:val="24"/>
                <w:lang w:val="ru-RU"/>
              </w:rPr>
              <w:tab/>
              <w:t>получение любой Услуги;</w:t>
            </w:r>
          </w:p>
          <w:p w:rsidR="00210D0E" w:rsidRDefault="00210D0E" w:rsidP="00210D0E">
            <w:pPr>
              <w:ind w:left="460" w:hanging="283"/>
              <w:jc w:val="both"/>
              <w:rPr>
                <w:rFonts w:cs="Times New Roman"/>
                <w:sz w:val="24"/>
                <w:szCs w:val="24"/>
                <w:lang w:val="ru-RU"/>
              </w:rPr>
            </w:pPr>
            <w:r>
              <w:rPr>
                <w:rFonts w:cs="Times New Roman"/>
                <w:sz w:val="24"/>
                <w:szCs w:val="24"/>
                <w:lang w:val="ru-RU"/>
              </w:rPr>
              <w:t>-</w:t>
            </w:r>
            <w:r>
              <w:rPr>
                <w:rFonts w:cs="Times New Roman"/>
                <w:sz w:val="24"/>
                <w:szCs w:val="24"/>
                <w:lang w:val="ru-RU"/>
              </w:rPr>
              <w:tab/>
              <w:t xml:space="preserve">осуществление </w:t>
            </w:r>
            <w:r w:rsidRPr="0020029F">
              <w:rPr>
                <w:rFonts w:cs="Times New Roman"/>
                <w:sz w:val="24"/>
                <w:szCs w:val="24"/>
                <w:lang w:val="ru-RU"/>
              </w:rPr>
              <w:t xml:space="preserve">оплаты </w:t>
            </w:r>
            <w:r w:rsidR="005F64FB">
              <w:rPr>
                <w:rFonts w:cs="Times New Roman"/>
                <w:sz w:val="24"/>
                <w:szCs w:val="24"/>
                <w:lang w:val="ru-RU"/>
              </w:rPr>
              <w:t xml:space="preserve">и (или) предоплаты </w:t>
            </w:r>
            <w:r w:rsidRPr="0020029F">
              <w:rPr>
                <w:rFonts w:cs="Times New Roman"/>
                <w:sz w:val="24"/>
                <w:szCs w:val="24"/>
                <w:lang w:val="ru-RU"/>
              </w:rPr>
              <w:t xml:space="preserve">предложенных </w:t>
            </w:r>
            <w:r>
              <w:rPr>
                <w:rFonts w:cs="Times New Roman"/>
                <w:sz w:val="24"/>
                <w:szCs w:val="24"/>
                <w:lang w:val="ru-RU"/>
              </w:rPr>
              <w:t>Исполнителем Услуг;</w:t>
            </w:r>
          </w:p>
          <w:p w:rsidR="00210D0E" w:rsidRPr="00210D0E" w:rsidRDefault="00210D0E" w:rsidP="00210D0E">
            <w:pPr>
              <w:ind w:left="460" w:hanging="283"/>
              <w:jc w:val="both"/>
              <w:rPr>
                <w:rFonts w:cs="Times New Roman"/>
                <w:sz w:val="24"/>
                <w:szCs w:val="24"/>
                <w:lang w:val="ru-RU"/>
              </w:rPr>
            </w:pPr>
            <w:r>
              <w:rPr>
                <w:rFonts w:cs="Times New Roman"/>
                <w:sz w:val="24"/>
                <w:szCs w:val="24"/>
                <w:lang w:val="ru-RU"/>
              </w:rPr>
              <w:t xml:space="preserve">- </w:t>
            </w:r>
            <w:r>
              <w:rPr>
                <w:rFonts w:cs="Times New Roman"/>
                <w:sz w:val="24"/>
                <w:szCs w:val="24"/>
                <w:lang w:val="ru-RU"/>
              </w:rPr>
              <w:tab/>
              <w:t>подписание письменного заявления-А</w:t>
            </w:r>
            <w:r w:rsidRPr="00CF06E9">
              <w:rPr>
                <w:rFonts w:cs="Times New Roman"/>
                <w:sz w:val="24"/>
                <w:szCs w:val="24"/>
                <w:lang w:val="ru-RU"/>
              </w:rPr>
              <w:t>кцепта</w:t>
            </w:r>
            <w:r>
              <w:rPr>
                <w:rFonts w:cs="Times New Roman"/>
                <w:sz w:val="24"/>
                <w:szCs w:val="24"/>
                <w:lang w:val="ru-RU"/>
              </w:rPr>
              <w:t>.</w:t>
            </w:r>
          </w:p>
        </w:tc>
        <w:tc>
          <w:tcPr>
            <w:tcW w:w="5103" w:type="dxa"/>
          </w:tcPr>
          <w:p w:rsidR="00BF7AA2" w:rsidRDefault="00BF7AA2" w:rsidP="00BF7AA2">
            <w:pPr>
              <w:pStyle w:val="affa"/>
              <w:spacing w:before="0" w:beforeAutospacing="0" w:after="0" w:afterAutospacing="0"/>
            </w:pPr>
            <w:r w:rsidRPr="00BF7AA2">
              <w:rPr>
                <w:rStyle w:val="af6"/>
                <w:b w:val="0"/>
              </w:rPr>
              <w:t>2.2.</w:t>
            </w:r>
            <w:r w:rsidRPr="00BF7AA2">
              <w:t xml:space="preserve"> Пациенттің</w:t>
            </w:r>
            <w:r>
              <w:t xml:space="preserve"> келесі әрекеттерінің кез келгені Акцепт болып танылады және есептеледі:</w:t>
            </w:r>
          </w:p>
          <w:p w:rsidR="00BF7AA2" w:rsidRDefault="00BF7AA2" w:rsidP="00BF7AA2">
            <w:pPr>
              <w:pStyle w:val="affa"/>
              <w:spacing w:before="0" w:beforeAutospacing="0" w:after="0" w:afterAutospacing="0"/>
            </w:pPr>
            <w:r>
              <w:t>- Орындаушының клиникасына Пр</w:t>
            </w:r>
            <w:r w:rsidR="003D0F57">
              <w:t>айслис</w:t>
            </w:r>
            <w:r>
              <w:t>т бойынша кез келген Қызметті алу үшін жазылу;</w:t>
            </w:r>
          </w:p>
          <w:p w:rsidR="00BF7AA2" w:rsidRDefault="00BF7AA2" w:rsidP="00BF7AA2">
            <w:pPr>
              <w:pStyle w:val="affa"/>
              <w:spacing w:before="0" w:beforeAutospacing="0" w:after="0" w:afterAutospacing="0"/>
            </w:pPr>
            <w:r>
              <w:t>- Кез келген Қызметті нақты алу;</w:t>
            </w:r>
          </w:p>
          <w:p w:rsidR="00BF7AA2" w:rsidRDefault="00BF7AA2" w:rsidP="00BF7AA2">
            <w:pPr>
              <w:pStyle w:val="affa"/>
              <w:spacing w:before="0" w:beforeAutospacing="0" w:after="0" w:afterAutospacing="0"/>
            </w:pPr>
            <w:r>
              <w:t>- Орындаушы ұсынған Қызметтерге ақы төлеу;</w:t>
            </w:r>
          </w:p>
          <w:p w:rsidR="00210D0E" w:rsidRPr="00561BB4" w:rsidRDefault="00BF7AA2" w:rsidP="00561BB4">
            <w:pPr>
              <w:pStyle w:val="affa"/>
              <w:spacing w:before="0" w:beforeAutospacing="0" w:after="0" w:afterAutospacing="0"/>
            </w:pPr>
            <w:r>
              <w:t>- Жазбаша Акцепт-өтінішке қол қою.</w:t>
            </w:r>
          </w:p>
        </w:tc>
      </w:tr>
      <w:tr w:rsidR="00210D0E" w:rsidRPr="00812E08" w:rsidTr="00210D0E">
        <w:trPr>
          <w:trHeight w:val="1311"/>
        </w:trPr>
        <w:tc>
          <w:tcPr>
            <w:tcW w:w="5246" w:type="dxa"/>
          </w:tcPr>
          <w:p w:rsidR="00210D0E" w:rsidRPr="00210D0E" w:rsidRDefault="00210D0E" w:rsidP="00210D0E">
            <w:pPr>
              <w:jc w:val="both"/>
              <w:rPr>
                <w:rFonts w:cs="Times New Roman"/>
                <w:sz w:val="24"/>
                <w:szCs w:val="24"/>
                <w:lang w:val="ru-RU"/>
              </w:rPr>
            </w:pPr>
            <w:r>
              <w:rPr>
                <w:rFonts w:cs="Times New Roman"/>
                <w:sz w:val="24"/>
                <w:szCs w:val="24"/>
                <w:lang w:val="ru-RU"/>
              </w:rPr>
              <w:t>2</w:t>
            </w:r>
            <w:r w:rsidRPr="0020029F">
              <w:rPr>
                <w:rFonts w:cs="Times New Roman"/>
                <w:sz w:val="24"/>
                <w:szCs w:val="24"/>
                <w:lang w:val="ru-RU"/>
              </w:rPr>
              <w:t xml:space="preserve">.3. Акцепт </w:t>
            </w:r>
            <w:r>
              <w:rPr>
                <w:rFonts w:cs="Times New Roman"/>
                <w:sz w:val="24"/>
                <w:szCs w:val="24"/>
                <w:lang w:val="ru-RU"/>
              </w:rPr>
              <w:t xml:space="preserve">Публичной оферты </w:t>
            </w:r>
            <w:r w:rsidRPr="0020029F">
              <w:rPr>
                <w:rFonts w:cs="Times New Roman"/>
                <w:sz w:val="24"/>
                <w:szCs w:val="24"/>
                <w:lang w:val="ru-RU"/>
              </w:rPr>
              <w:t xml:space="preserve">означает, что Пациент согласен со всеми </w:t>
            </w:r>
            <w:r>
              <w:rPr>
                <w:rFonts w:cs="Times New Roman"/>
                <w:sz w:val="24"/>
                <w:szCs w:val="24"/>
                <w:lang w:val="ru-RU"/>
              </w:rPr>
              <w:t xml:space="preserve">ее </w:t>
            </w:r>
            <w:r w:rsidRPr="0020029F">
              <w:rPr>
                <w:rFonts w:cs="Times New Roman"/>
                <w:sz w:val="24"/>
                <w:szCs w:val="24"/>
                <w:lang w:val="ru-RU"/>
              </w:rPr>
              <w:t>положениями</w:t>
            </w:r>
            <w:r>
              <w:rPr>
                <w:rFonts w:cs="Times New Roman"/>
                <w:sz w:val="24"/>
                <w:szCs w:val="24"/>
                <w:lang w:val="ru-RU"/>
              </w:rPr>
              <w:t>, что равносиль</w:t>
            </w:r>
            <w:r w:rsidRPr="0020029F">
              <w:rPr>
                <w:rFonts w:cs="Times New Roman"/>
                <w:sz w:val="24"/>
                <w:szCs w:val="24"/>
                <w:lang w:val="ru-RU"/>
              </w:rPr>
              <w:t>н</w:t>
            </w:r>
            <w:r>
              <w:rPr>
                <w:rFonts w:cs="Times New Roman"/>
                <w:sz w:val="24"/>
                <w:szCs w:val="24"/>
                <w:lang w:val="ru-RU"/>
              </w:rPr>
              <w:t>о</w:t>
            </w:r>
            <w:r w:rsidRPr="0020029F">
              <w:rPr>
                <w:rFonts w:cs="Times New Roman"/>
                <w:sz w:val="24"/>
                <w:szCs w:val="24"/>
                <w:lang w:val="ru-RU"/>
              </w:rPr>
              <w:t xml:space="preserve"> заключению </w:t>
            </w:r>
            <w:r>
              <w:rPr>
                <w:rFonts w:cs="Times New Roman"/>
                <w:sz w:val="24"/>
                <w:szCs w:val="24"/>
                <w:lang w:val="ru-RU"/>
              </w:rPr>
              <w:t>Д</w:t>
            </w:r>
            <w:r w:rsidRPr="0020029F">
              <w:rPr>
                <w:rFonts w:cs="Times New Roman"/>
                <w:sz w:val="24"/>
                <w:szCs w:val="24"/>
                <w:lang w:val="ru-RU"/>
              </w:rPr>
              <w:t>оговора об оказании медицинских услуг.</w:t>
            </w:r>
          </w:p>
        </w:tc>
        <w:tc>
          <w:tcPr>
            <w:tcW w:w="5103" w:type="dxa"/>
          </w:tcPr>
          <w:p w:rsidR="00210D0E" w:rsidRPr="00BF7AA2" w:rsidRDefault="00BF7AA2" w:rsidP="00BF7AA2">
            <w:pPr>
              <w:pStyle w:val="aa"/>
              <w:pBdr>
                <w:bottom w:val="none" w:sz="0" w:space="0" w:color="auto"/>
              </w:pBdr>
              <w:jc w:val="both"/>
              <w:rPr>
                <w:rFonts w:ascii="Times New Roman" w:hAnsi="Times New Roman" w:cs="Times New Roman"/>
                <w:color w:val="000000" w:themeColor="text1"/>
                <w:sz w:val="24"/>
                <w:szCs w:val="24"/>
                <w:lang w:val="ru-RU"/>
              </w:rPr>
            </w:pPr>
            <w:r w:rsidRPr="00561BB4">
              <w:rPr>
                <w:rFonts w:ascii="Times New Roman" w:hAnsi="Times New Roman" w:cs="Times New Roman"/>
                <w:bCs/>
                <w:color w:val="000000" w:themeColor="text1"/>
                <w:sz w:val="24"/>
                <w:szCs w:val="24"/>
                <w:lang w:val="ru-RU"/>
              </w:rPr>
              <w:t>2.3.</w:t>
            </w:r>
            <w:r w:rsidRPr="00BF7AA2">
              <w:rPr>
                <w:rFonts w:ascii="Times New Roman" w:hAnsi="Times New Roman" w:cs="Times New Roman"/>
                <w:color w:val="000000" w:themeColor="text1"/>
                <w:sz w:val="24"/>
                <w:szCs w:val="24"/>
                <w:lang w:val="ru-RU"/>
              </w:rPr>
              <w:t xml:space="preserve"> Жария офертаны акцепттеу Пациенттің оның барлық шарттарымен келісетінін білдіреді және медициналық қызмет көрсету туралы Шарт жасасумен теңестіріледі.</w:t>
            </w:r>
          </w:p>
        </w:tc>
      </w:tr>
      <w:tr w:rsidR="00210D0E" w:rsidRPr="00812E08" w:rsidTr="00210D0E">
        <w:trPr>
          <w:trHeight w:val="699"/>
        </w:trPr>
        <w:tc>
          <w:tcPr>
            <w:tcW w:w="5246" w:type="dxa"/>
          </w:tcPr>
          <w:p w:rsidR="00210D0E" w:rsidRPr="00D11DE6" w:rsidRDefault="00210D0E" w:rsidP="00210D0E">
            <w:pPr>
              <w:jc w:val="both"/>
              <w:rPr>
                <w:rFonts w:cs="Times New Roman"/>
                <w:sz w:val="24"/>
                <w:szCs w:val="24"/>
                <w:lang w:val="ru-RU"/>
              </w:rPr>
            </w:pPr>
            <w:r>
              <w:rPr>
                <w:rFonts w:cs="Times New Roman"/>
                <w:sz w:val="24"/>
                <w:szCs w:val="24"/>
                <w:lang w:val="ru-RU"/>
              </w:rPr>
              <w:t>2</w:t>
            </w:r>
            <w:r w:rsidRPr="0020029F">
              <w:rPr>
                <w:rFonts w:cs="Times New Roman"/>
                <w:sz w:val="24"/>
                <w:szCs w:val="24"/>
                <w:lang w:val="ru-RU"/>
              </w:rPr>
              <w:t xml:space="preserve">.4. </w:t>
            </w:r>
            <w:r w:rsidRPr="00D11DE6">
              <w:rPr>
                <w:rFonts w:cs="Times New Roman"/>
                <w:sz w:val="24"/>
                <w:szCs w:val="24"/>
                <w:lang w:val="ru-RU"/>
              </w:rPr>
              <w:t>Акцепт Публичной оферты означает, что Пациент:</w:t>
            </w:r>
          </w:p>
          <w:p w:rsidR="00210D0E" w:rsidRDefault="00210D0E" w:rsidP="00210D0E">
            <w:pPr>
              <w:ind w:left="460" w:hanging="142"/>
              <w:jc w:val="both"/>
              <w:rPr>
                <w:rFonts w:cs="Times New Roman"/>
                <w:sz w:val="24"/>
                <w:szCs w:val="24"/>
                <w:lang w:val="ru-RU"/>
              </w:rPr>
            </w:pPr>
            <w:r>
              <w:rPr>
                <w:rFonts w:cs="Times New Roman"/>
                <w:sz w:val="24"/>
                <w:szCs w:val="24"/>
                <w:lang w:val="ru-RU"/>
              </w:rPr>
              <w:t xml:space="preserve">- </w:t>
            </w:r>
            <w:r w:rsidRPr="00D11DE6">
              <w:rPr>
                <w:rFonts w:cs="Times New Roman"/>
                <w:sz w:val="24"/>
                <w:szCs w:val="24"/>
                <w:lang w:val="ru-RU"/>
              </w:rPr>
              <w:t xml:space="preserve">ознакомлен с информацией об оказываемых </w:t>
            </w:r>
            <w:r w:rsidR="00D01FCA">
              <w:rPr>
                <w:rFonts w:cs="Times New Roman"/>
                <w:sz w:val="24"/>
                <w:szCs w:val="24"/>
                <w:lang w:val="ru-RU"/>
              </w:rPr>
              <w:t>У</w:t>
            </w:r>
            <w:r w:rsidRPr="00D11DE6">
              <w:rPr>
                <w:rFonts w:cs="Times New Roman"/>
                <w:sz w:val="24"/>
                <w:szCs w:val="24"/>
                <w:lang w:val="ru-RU"/>
              </w:rPr>
              <w:t>слугах, предоставленной Исполнителем в соответствии с требованиями законодательства Республики Казахстан, включая сведения об основных потребительских свойствах услуг, противопоказаниях, правилах подготовки и поведения, а также возможных неблагоприятных последствиях оказания услуг (в том числе осложнениях и вероятности отсутствия положительного результата не по вине Исполнителя);</w:t>
            </w:r>
          </w:p>
          <w:p w:rsidR="00210D0E" w:rsidRDefault="00210D0E" w:rsidP="00210D0E">
            <w:pPr>
              <w:ind w:left="460" w:hanging="142"/>
              <w:jc w:val="both"/>
              <w:rPr>
                <w:rFonts w:cs="Times New Roman"/>
                <w:sz w:val="24"/>
                <w:szCs w:val="24"/>
                <w:lang w:val="ru-RU"/>
              </w:rPr>
            </w:pPr>
            <w:r>
              <w:rPr>
                <w:rFonts w:cs="Times New Roman"/>
                <w:sz w:val="24"/>
                <w:szCs w:val="24"/>
                <w:lang w:val="ru-RU"/>
              </w:rPr>
              <w:t>-</w:t>
            </w:r>
            <w:r>
              <w:rPr>
                <w:rFonts w:cs="Times New Roman"/>
                <w:sz w:val="24"/>
                <w:szCs w:val="24"/>
                <w:lang w:val="ru-RU"/>
              </w:rPr>
              <w:tab/>
            </w:r>
            <w:r w:rsidRPr="00D11DE6">
              <w:rPr>
                <w:rFonts w:cs="Times New Roman"/>
                <w:sz w:val="24"/>
                <w:szCs w:val="24"/>
                <w:lang w:val="ru-RU"/>
              </w:rPr>
              <w:t>ознакомлен с политикой конфиденциальности и положением об обработке персональных данных, включая цели, объём, условия хранения и возможность передачи третьим лицам, в порядке, установленном Законом Республики Казахстан «О персональных данных и их защите»;</w:t>
            </w:r>
          </w:p>
          <w:p w:rsidR="00210D0E" w:rsidRDefault="00210D0E" w:rsidP="00210D0E">
            <w:pPr>
              <w:ind w:left="460" w:hanging="142"/>
              <w:jc w:val="both"/>
              <w:rPr>
                <w:rFonts w:cs="Times New Roman"/>
                <w:sz w:val="24"/>
                <w:szCs w:val="24"/>
                <w:lang w:val="ru-RU"/>
              </w:rPr>
            </w:pPr>
            <w:r>
              <w:rPr>
                <w:rFonts w:cs="Times New Roman"/>
                <w:sz w:val="24"/>
                <w:szCs w:val="24"/>
                <w:lang w:val="ru-RU"/>
              </w:rPr>
              <w:t>-</w:t>
            </w:r>
            <w:r>
              <w:rPr>
                <w:rFonts w:cs="Times New Roman"/>
                <w:sz w:val="24"/>
                <w:szCs w:val="24"/>
                <w:lang w:val="ru-RU"/>
              </w:rPr>
              <w:tab/>
            </w:r>
            <w:r w:rsidRPr="00D11DE6">
              <w:rPr>
                <w:rFonts w:cs="Times New Roman"/>
                <w:sz w:val="24"/>
                <w:szCs w:val="24"/>
                <w:lang w:val="ru-RU"/>
              </w:rPr>
              <w:t xml:space="preserve">получил иные </w:t>
            </w:r>
            <w:r>
              <w:rPr>
                <w:rFonts w:cs="Times New Roman"/>
                <w:sz w:val="24"/>
                <w:szCs w:val="24"/>
                <w:lang w:val="ru-RU"/>
              </w:rPr>
              <w:t>сведения, предусмотренные статье</w:t>
            </w:r>
            <w:r w:rsidRPr="00D11DE6">
              <w:rPr>
                <w:rFonts w:cs="Times New Roman"/>
                <w:sz w:val="24"/>
                <w:szCs w:val="24"/>
                <w:lang w:val="ru-RU"/>
              </w:rPr>
              <w:t xml:space="preserve">й 10 Закона Республики Казахстан «О </w:t>
            </w:r>
            <w:r w:rsidRPr="00D11DE6">
              <w:rPr>
                <w:rFonts w:cs="Times New Roman"/>
                <w:sz w:val="24"/>
                <w:szCs w:val="24"/>
                <w:lang w:val="ru-RU"/>
              </w:rPr>
              <w:lastRenderedPageBreak/>
              <w:t>за</w:t>
            </w:r>
            <w:r>
              <w:rPr>
                <w:rFonts w:cs="Times New Roman"/>
                <w:sz w:val="24"/>
                <w:szCs w:val="24"/>
                <w:lang w:val="ru-RU"/>
              </w:rPr>
              <w:t>щите прав потребителей» и статье</w:t>
            </w:r>
            <w:r w:rsidRPr="00D11DE6">
              <w:rPr>
                <w:rFonts w:cs="Times New Roman"/>
                <w:sz w:val="24"/>
                <w:szCs w:val="24"/>
                <w:lang w:val="ru-RU"/>
              </w:rPr>
              <w:t xml:space="preserve">й 134 Кодекса Республики Казахстан «О здоровье народа и системе здравоохранения», в том числе об Исполнителе, порядке оказания и оплаты услуг, </w:t>
            </w:r>
            <w:r>
              <w:rPr>
                <w:rFonts w:cs="Times New Roman"/>
                <w:sz w:val="24"/>
                <w:szCs w:val="24"/>
                <w:lang w:val="ru-RU"/>
              </w:rPr>
              <w:t>квалификации специалистов;</w:t>
            </w:r>
          </w:p>
          <w:p w:rsidR="00210D0E" w:rsidRDefault="00210D0E" w:rsidP="00210D0E">
            <w:pPr>
              <w:ind w:left="460" w:hanging="142"/>
              <w:jc w:val="both"/>
              <w:rPr>
                <w:rFonts w:cs="Times New Roman"/>
                <w:sz w:val="24"/>
                <w:szCs w:val="24"/>
                <w:lang w:val="ru-RU"/>
              </w:rPr>
            </w:pPr>
            <w:r>
              <w:rPr>
                <w:rFonts w:cs="Times New Roman"/>
                <w:sz w:val="24"/>
                <w:szCs w:val="24"/>
                <w:lang w:val="ru-RU"/>
              </w:rPr>
              <w:t>-</w:t>
            </w:r>
            <w:r>
              <w:rPr>
                <w:rFonts w:cs="Times New Roman"/>
                <w:sz w:val="24"/>
                <w:szCs w:val="24"/>
                <w:lang w:val="ru-RU"/>
              </w:rPr>
              <w:tab/>
              <w:t>выразил согласие на заключение Д</w:t>
            </w:r>
            <w:r w:rsidRPr="00D11DE6">
              <w:rPr>
                <w:rFonts w:cs="Times New Roman"/>
                <w:sz w:val="24"/>
                <w:szCs w:val="24"/>
                <w:lang w:val="ru-RU"/>
              </w:rPr>
              <w:t>оговора</w:t>
            </w:r>
            <w:r>
              <w:rPr>
                <w:rFonts w:cs="Times New Roman"/>
                <w:sz w:val="24"/>
                <w:szCs w:val="24"/>
                <w:lang w:val="ru-RU"/>
              </w:rPr>
              <w:t xml:space="preserve"> оказания медицинских услуг путе</w:t>
            </w:r>
            <w:r w:rsidRPr="00D11DE6">
              <w:rPr>
                <w:rFonts w:cs="Times New Roman"/>
                <w:sz w:val="24"/>
                <w:szCs w:val="24"/>
                <w:lang w:val="ru-RU"/>
              </w:rPr>
              <w:t xml:space="preserve">м совершения однозначного действия, свидетельствующего о принятии условий </w:t>
            </w:r>
            <w:r>
              <w:rPr>
                <w:rFonts w:cs="Times New Roman"/>
                <w:sz w:val="24"/>
                <w:szCs w:val="24"/>
                <w:lang w:val="ru-RU"/>
              </w:rPr>
              <w:t xml:space="preserve">Публичной </w:t>
            </w:r>
            <w:r w:rsidRPr="00D11DE6">
              <w:rPr>
                <w:rFonts w:cs="Times New Roman"/>
                <w:sz w:val="24"/>
                <w:szCs w:val="24"/>
                <w:lang w:val="ru-RU"/>
              </w:rPr>
              <w:t>оферты: оплаты услуг, подписания заявления-акцепта либо иного действия, указанного в оферте, в соответствии с Гражданским кодексом Республики Казахстан.</w:t>
            </w:r>
          </w:p>
          <w:p w:rsidR="00210D0E" w:rsidRDefault="00210D0E" w:rsidP="0020029F">
            <w:pPr>
              <w:jc w:val="both"/>
              <w:rPr>
                <w:rFonts w:cs="Times New Roman"/>
                <w:b/>
                <w:sz w:val="24"/>
                <w:szCs w:val="24"/>
                <w:lang w:val="ru-RU"/>
              </w:rPr>
            </w:pPr>
          </w:p>
        </w:tc>
        <w:tc>
          <w:tcPr>
            <w:tcW w:w="5103" w:type="dxa"/>
          </w:tcPr>
          <w:p w:rsidR="00BF7AA2" w:rsidRPr="005562C2" w:rsidRDefault="00BF7AA2" w:rsidP="00561BB4">
            <w:pPr>
              <w:tabs>
                <w:tab w:val="num" w:pos="720"/>
              </w:tabs>
              <w:jc w:val="both"/>
              <w:rPr>
                <w:rFonts w:cs="Times New Roman"/>
                <w:sz w:val="24"/>
                <w:szCs w:val="24"/>
                <w:lang w:val="ru-RU" w:eastAsia="ru-RU"/>
              </w:rPr>
            </w:pPr>
            <w:r w:rsidRPr="00561BB4">
              <w:rPr>
                <w:rFonts w:cs="Times New Roman"/>
                <w:bCs/>
                <w:sz w:val="24"/>
                <w:szCs w:val="24"/>
                <w:lang w:val="ru-RU" w:eastAsia="ru-RU"/>
              </w:rPr>
              <w:lastRenderedPageBreak/>
              <w:t>2.4.</w:t>
            </w:r>
            <w:r w:rsidRPr="00BF7AA2">
              <w:rPr>
                <w:rFonts w:cs="Times New Roman"/>
                <w:sz w:val="24"/>
                <w:szCs w:val="24"/>
                <w:lang w:val="ru-RU" w:eastAsia="ru-RU"/>
              </w:rPr>
              <w:t xml:space="preserve"> Жария офертаны акцепттеу Пациенттің келесі жайттармен таныс ек</w:t>
            </w:r>
            <w:r w:rsidR="00561BB4">
              <w:rPr>
                <w:rFonts w:cs="Times New Roman"/>
                <w:sz w:val="24"/>
                <w:szCs w:val="24"/>
                <w:lang w:val="ru-RU" w:eastAsia="ru-RU"/>
              </w:rPr>
              <w:t>енін және келісетінін білдіреді:</w:t>
            </w:r>
          </w:p>
          <w:p w:rsidR="00BF7AA2" w:rsidRPr="005562C2" w:rsidRDefault="00BF7AA2" w:rsidP="00BF7AA2">
            <w:pPr>
              <w:tabs>
                <w:tab w:val="num" w:pos="720"/>
              </w:tabs>
              <w:ind w:left="320" w:hanging="284"/>
              <w:jc w:val="both"/>
              <w:rPr>
                <w:rFonts w:cs="Times New Roman"/>
                <w:sz w:val="24"/>
                <w:szCs w:val="24"/>
                <w:lang w:val="ru-RU" w:eastAsia="ru-RU"/>
              </w:rPr>
            </w:pPr>
            <w:r w:rsidRPr="005562C2">
              <w:rPr>
                <w:rFonts w:cs="Times New Roman"/>
                <w:sz w:val="24"/>
                <w:szCs w:val="24"/>
                <w:lang w:val="ru-RU" w:eastAsia="ru-RU"/>
              </w:rPr>
              <w:t xml:space="preserve">- </w:t>
            </w:r>
            <w:r w:rsidRPr="005562C2">
              <w:rPr>
                <w:rFonts w:cs="Times New Roman"/>
                <w:sz w:val="24"/>
                <w:szCs w:val="24"/>
                <w:lang w:val="ru-RU" w:eastAsia="ru-RU"/>
              </w:rPr>
              <w:tab/>
            </w:r>
            <w:r w:rsidRPr="00BF7AA2">
              <w:rPr>
                <w:rFonts w:cs="Times New Roman"/>
                <w:sz w:val="24"/>
                <w:szCs w:val="24"/>
                <w:lang w:val="ru-RU" w:eastAsia="ru-RU"/>
              </w:rPr>
              <w:t>Қазақстан</w:t>
            </w:r>
            <w:r w:rsidRPr="005562C2">
              <w:rPr>
                <w:rFonts w:cs="Times New Roman"/>
                <w:sz w:val="24"/>
                <w:szCs w:val="24"/>
                <w:lang w:val="ru-RU" w:eastAsia="ru-RU"/>
              </w:rPr>
              <w:t xml:space="preserve"> </w:t>
            </w:r>
            <w:r w:rsidRPr="00BF7AA2">
              <w:rPr>
                <w:rFonts w:cs="Times New Roman"/>
                <w:sz w:val="24"/>
                <w:szCs w:val="24"/>
                <w:lang w:val="ru-RU" w:eastAsia="ru-RU"/>
              </w:rPr>
              <w:t>Республикасының</w:t>
            </w:r>
            <w:r w:rsidRPr="005562C2">
              <w:rPr>
                <w:rFonts w:cs="Times New Roman"/>
                <w:sz w:val="24"/>
                <w:szCs w:val="24"/>
                <w:lang w:val="ru-RU" w:eastAsia="ru-RU"/>
              </w:rPr>
              <w:t xml:space="preserve"> </w:t>
            </w:r>
            <w:r w:rsidRPr="00BF7AA2">
              <w:rPr>
                <w:rFonts w:cs="Times New Roman"/>
                <w:sz w:val="24"/>
                <w:szCs w:val="24"/>
                <w:lang w:val="ru-RU" w:eastAsia="ru-RU"/>
              </w:rPr>
              <w:t>заңнамасына</w:t>
            </w:r>
            <w:r w:rsidRPr="005562C2">
              <w:rPr>
                <w:rFonts w:cs="Times New Roman"/>
                <w:sz w:val="24"/>
                <w:szCs w:val="24"/>
                <w:lang w:val="ru-RU" w:eastAsia="ru-RU"/>
              </w:rPr>
              <w:t xml:space="preserve"> </w:t>
            </w:r>
            <w:r w:rsidRPr="00BF7AA2">
              <w:rPr>
                <w:rFonts w:cs="Times New Roman"/>
                <w:sz w:val="24"/>
                <w:szCs w:val="24"/>
                <w:lang w:val="ru-RU" w:eastAsia="ru-RU"/>
              </w:rPr>
              <w:t>сәйкес</w:t>
            </w:r>
            <w:r w:rsidRPr="005562C2">
              <w:rPr>
                <w:rFonts w:cs="Times New Roman"/>
                <w:sz w:val="24"/>
                <w:szCs w:val="24"/>
                <w:lang w:val="ru-RU" w:eastAsia="ru-RU"/>
              </w:rPr>
              <w:t xml:space="preserve"> </w:t>
            </w:r>
            <w:r w:rsidRPr="00BF7AA2">
              <w:rPr>
                <w:rFonts w:cs="Times New Roman"/>
                <w:sz w:val="24"/>
                <w:szCs w:val="24"/>
                <w:lang w:val="ru-RU" w:eastAsia="ru-RU"/>
              </w:rPr>
              <w:t>Орындаушы</w:t>
            </w:r>
            <w:r w:rsidRPr="005562C2">
              <w:rPr>
                <w:rFonts w:cs="Times New Roman"/>
                <w:sz w:val="24"/>
                <w:szCs w:val="24"/>
                <w:lang w:val="ru-RU" w:eastAsia="ru-RU"/>
              </w:rPr>
              <w:t xml:space="preserve"> </w:t>
            </w:r>
            <w:r w:rsidRPr="00BF7AA2">
              <w:rPr>
                <w:rFonts w:cs="Times New Roman"/>
                <w:sz w:val="24"/>
                <w:szCs w:val="24"/>
                <w:lang w:val="ru-RU" w:eastAsia="ru-RU"/>
              </w:rPr>
              <w:t>ұсынған</w:t>
            </w:r>
            <w:r w:rsidRPr="005562C2">
              <w:rPr>
                <w:rFonts w:cs="Times New Roman"/>
                <w:sz w:val="24"/>
                <w:szCs w:val="24"/>
                <w:lang w:val="ru-RU" w:eastAsia="ru-RU"/>
              </w:rPr>
              <w:t xml:space="preserve"> </w:t>
            </w:r>
            <w:r w:rsidRPr="00BF7AA2">
              <w:rPr>
                <w:rFonts w:cs="Times New Roman"/>
                <w:sz w:val="24"/>
                <w:szCs w:val="24"/>
                <w:lang w:val="ru-RU" w:eastAsia="ru-RU"/>
              </w:rPr>
              <w:t>Қызметтер</w:t>
            </w:r>
            <w:r w:rsidRPr="005562C2">
              <w:rPr>
                <w:rFonts w:cs="Times New Roman"/>
                <w:sz w:val="24"/>
                <w:szCs w:val="24"/>
                <w:lang w:val="ru-RU" w:eastAsia="ru-RU"/>
              </w:rPr>
              <w:t xml:space="preserve"> </w:t>
            </w:r>
            <w:r w:rsidRPr="00BF7AA2">
              <w:rPr>
                <w:rFonts w:cs="Times New Roman"/>
                <w:sz w:val="24"/>
                <w:szCs w:val="24"/>
                <w:lang w:val="ru-RU" w:eastAsia="ru-RU"/>
              </w:rPr>
              <w:t>туралы</w:t>
            </w:r>
            <w:r w:rsidRPr="005562C2">
              <w:rPr>
                <w:rFonts w:cs="Times New Roman"/>
                <w:sz w:val="24"/>
                <w:szCs w:val="24"/>
                <w:lang w:val="ru-RU" w:eastAsia="ru-RU"/>
              </w:rPr>
              <w:t xml:space="preserve"> </w:t>
            </w:r>
            <w:r w:rsidRPr="00BF7AA2">
              <w:rPr>
                <w:rFonts w:cs="Times New Roman"/>
                <w:sz w:val="24"/>
                <w:szCs w:val="24"/>
                <w:lang w:val="ru-RU" w:eastAsia="ru-RU"/>
              </w:rPr>
              <w:t>ақпаратпен</w:t>
            </w:r>
            <w:r w:rsidRPr="005562C2">
              <w:rPr>
                <w:rFonts w:cs="Times New Roman"/>
                <w:sz w:val="24"/>
                <w:szCs w:val="24"/>
                <w:lang w:val="ru-RU" w:eastAsia="ru-RU"/>
              </w:rPr>
              <w:t xml:space="preserve"> </w:t>
            </w:r>
            <w:r w:rsidRPr="00BF7AA2">
              <w:rPr>
                <w:rFonts w:cs="Times New Roman"/>
                <w:sz w:val="24"/>
                <w:szCs w:val="24"/>
                <w:lang w:val="ru-RU" w:eastAsia="ru-RU"/>
              </w:rPr>
              <w:t>таныс</w:t>
            </w:r>
            <w:r w:rsidRPr="005562C2">
              <w:rPr>
                <w:rFonts w:cs="Times New Roman"/>
                <w:sz w:val="24"/>
                <w:szCs w:val="24"/>
                <w:lang w:val="ru-RU" w:eastAsia="ru-RU"/>
              </w:rPr>
              <w:t xml:space="preserve"> </w:t>
            </w:r>
            <w:r w:rsidRPr="00BF7AA2">
              <w:rPr>
                <w:rFonts w:cs="Times New Roman"/>
                <w:sz w:val="24"/>
                <w:szCs w:val="24"/>
                <w:lang w:val="ru-RU" w:eastAsia="ru-RU"/>
              </w:rPr>
              <w:t>екенін</w:t>
            </w:r>
            <w:r w:rsidRPr="005562C2">
              <w:rPr>
                <w:rFonts w:cs="Times New Roman"/>
                <w:sz w:val="24"/>
                <w:szCs w:val="24"/>
                <w:lang w:val="ru-RU" w:eastAsia="ru-RU"/>
              </w:rPr>
              <w:t xml:space="preserve">, </w:t>
            </w:r>
            <w:r w:rsidRPr="00BF7AA2">
              <w:rPr>
                <w:rFonts w:cs="Times New Roman"/>
                <w:sz w:val="24"/>
                <w:szCs w:val="24"/>
                <w:lang w:val="ru-RU" w:eastAsia="ru-RU"/>
              </w:rPr>
              <w:t>оның</w:t>
            </w:r>
            <w:r w:rsidRPr="005562C2">
              <w:rPr>
                <w:rFonts w:cs="Times New Roman"/>
                <w:sz w:val="24"/>
                <w:szCs w:val="24"/>
                <w:lang w:val="ru-RU" w:eastAsia="ru-RU"/>
              </w:rPr>
              <w:t xml:space="preserve"> </w:t>
            </w:r>
            <w:r w:rsidRPr="00BF7AA2">
              <w:rPr>
                <w:rFonts w:cs="Times New Roman"/>
                <w:sz w:val="24"/>
                <w:szCs w:val="24"/>
                <w:lang w:val="ru-RU" w:eastAsia="ru-RU"/>
              </w:rPr>
              <w:t>ішінде</w:t>
            </w:r>
            <w:r w:rsidRPr="005562C2">
              <w:rPr>
                <w:rFonts w:cs="Times New Roman"/>
                <w:sz w:val="24"/>
                <w:szCs w:val="24"/>
                <w:lang w:val="ru-RU" w:eastAsia="ru-RU"/>
              </w:rPr>
              <w:t xml:space="preserve"> </w:t>
            </w:r>
            <w:r w:rsidRPr="00BF7AA2">
              <w:rPr>
                <w:rFonts w:cs="Times New Roman"/>
                <w:sz w:val="24"/>
                <w:szCs w:val="24"/>
                <w:lang w:val="ru-RU" w:eastAsia="ru-RU"/>
              </w:rPr>
              <w:t>Қызметтердің</w:t>
            </w:r>
            <w:r w:rsidRPr="005562C2">
              <w:rPr>
                <w:rFonts w:cs="Times New Roman"/>
                <w:sz w:val="24"/>
                <w:szCs w:val="24"/>
                <w:lang w:val="ru-RU" w:eastAsia="ru-RU"/>
              </w:rPr>
              <w:t xml:space="preserve"> </w:t>
            </w:r>
            <w:r w:rsidRPr="00BF7AA2">
              <w:rPr>
                <w:rFonts w:cs="Times New Roman"/>
                <w:sz w:val="24"/>
                <w:szCs w:val="24"/>
                <w:lang w:val="ru-RU" w:eastAsia="ru-RU"/>
              </w:rPr>
              <w:t>негізгі</w:t>
            </w:r>
            <w:r w:rsidRPr="005562C2">
              <w:rPr>
                <w:rFonts w:cs="Times New Roman"/>
                <w:sz w:val="24"/>
                <w:szCs w:val="24"/>
                <w:lang w:val="ru-RU" w:eastAsia="ru-RU"/>
              </w:rPr>
              <w:t xml:space="preserve"> </w:t>
            </w:r>
            <w:r w:rsidRPr="00BF7AA2">
              <w:rPr>
                <w:rFonts w:cs="Times New Roman"/>
                <w:sz w:val="24"/>
                <w:szCs w:val="24"/>
                <w:lang w:val="ru-RU" w:eastAsia="ru-RU"/>
              </w:rPr>
              <w:t>тұтынушылық</w:t>
            </w:r>
            <w:r w:rsidRPr="005562C2">
              <w:rPr>
                <w:rFonts w:cs="Times New Roman"/>
                <w:sz w:val="24"/>
                <w:szCs w:val="24"/>
                <w:lang w:val="ru-RU" w:eastAsia="ru-RU"/>
              </w:rPr>
              <w:t xml:space="preserve"> </w:t>
            </w:r>
            <w:r w:rsidRPr="00BF7AA2">
              <w:rPr>
                <w:rFonts w:cs="Times New Roman"/>
                <w:sz w:val="24"/>
                <w:szCs w:val="24"/>
                <w:lang w:val="ru-RU" w:eastAsia="ru-RU"/>
              </w:rPr>
              <w:t>қасиеттері</w:t>
            </w:r>
            <w:r w:rsidRPr="005562C2">
              <w:rPr>
                <w:rFonts w:cs="Times New Roman"/>
                <w:sz w:val="24"/>
                <w:szCs w:val="24"/>
                <w:lang w:val="ru-RU" w:eastAsia="ru-RU"/>
              </w:rPr>
              <w:t xml:space="preserve">, </w:t>
            </w:r>
            <w:r w:rsidRPr="00BF7AA2">
              <w:rPr>
                <w:rFonts w:cs="Times New Roman"/>
                <w:sz w:val="24"/>
                <w:szCs w:val="24"/>
                <w:lang w:val="ru-RU" w:eastAsia="ru-RU"/>
              </w:rPr>
              <w:t>қарсы</w:t>
            </w:r>
            <w:r w:rsidRPr="005562C2">
              <w:rPr>
                <w:rFonts w:cs="Times New Roman"/>
                <w:sz w:val="24"/>
                <w:szCs w:val="24"/>
                <w:lang w:val="ru-RU" w:eastAsia="ru-RU"/>
              </w:rPr>
              <w:t xml:space="preserve"> </w:t>
            </w:r>
            <w:r w:rsidRPr="00BF7AA2">
              <w:rPr>
                <w:rFonts w:cs="Times New Roman"/>
                <w:sz w:val="24"/>
                <w:szCs w:val="24"/>
                <w:lang w:val="ru-RU" w:eastAsia="ru-RU"/>
              </w:rPr>
              <w:t>көрсетілімдер</w:t>
            </w:r>
            <w:r w:rsidRPr="005562C2">
              <w:rPr>
                <w:rFonts w:cs="Times New Roman"/>
                <w:sz w:val="24"/>
                <w:szCs w:val="24"/>
                <w:lang w:val="ru-RU" w:eastAsia="ru-RU"/>
              </w:rPr>
              <w:t xml:space="preserve">, </w:t>
            </w:r>
            <w:r w:rsidRPr="00BF7AA2">
              <w:rPr>
                <w:rFonts w:cs="Times New Roman"/>
                <w:sz w:val="24"/>
                <w:szCs w:val="24"/>
                <w:lang w:val="ru-RU" w:eastAsia="ru-RU"/>
              </w:rPr>
              <w:t>дайындалу</w:t>
            </w:r>
            <w:r w:rsidRPr="005562C2">
              <w:rPr>
                <w:rFonts w:cs="Times New Roman"/>
                <w:sz w:val="24"/>
                <w:szCs w:val="24"/>
                <w:lang w:val="ru-RU" w:eastAsia="ru-RU"/>
              </w:rPr>
              <w:t xml:space="preserve"> </w:t>
            </w:r>
            <w:r w:rsidRPr="00BF7AA2">
              <w:rPr>
                <w:rFonts w:cs="Times New Roman"/>
                <w:sz w:val="24"/>
                <w:szCs w:val="24"/>
                <w:lang w:val="ru-RU" w:eastAsia="ru-RU"/>
              </w:rPr>
              <w:t>және</w:t>
            </w:r>
            <w:r w:rsidRPr="005562C2">
              <w:rPr>
                <w:rFonts w:cs="Times New Roman"/>
                <w:sz w:val="24"/>
                <w:szCs w:val="24"/>
                <w:lang w:val="ru-RU" w:eastAsia="ru-RU"/>
              </w:rPr>
              <w:t xml:space="preserve"> </w:t>
            </w:r>
            <w:r w:rsidRPr="00BF7AA2">
              <w:rPr>
                <w:rFonts w:cs="Times New Roman"/>
                <w:sz w:val="24"/>
                <w:szCs w:val="24"/>
                <w:lang w:val="ru-RU" w:eastAsia="ru-RU"/>
              </w:rPr>
              <w:t>өзін</w:t>
            </w:r>
            <w:r w:rsidRPr="005562C2">
              <w:rPr>
                <w:rFonts w:cs="Times New Roman"/>
                <w:sz w:val="24"/>
                <w:szCs w:val="24"/>
                <w:lang w:val="ru-RU" w:eastAsia="ru-RU"/>
              </w:rPr>
              <w:t>-</w:t>
            </w:r>
            <w:r w:rsidRPr="00BF7AA2">
              <w:rPr>
                <w:rFonts w:cs="Times New Roman"/>
                <w:sz w:val="24"/>
                <w:szCs w:val="24"/>
                <w:lang w:val="ru-RU" w:eastAsia="ru-RU"/>
              </w:rPr>
              <w:t>өзі</w:t>
            </w:r>
            <w:r w:rsidRPr="005562C2">
              <w:rPr>
                <w:rFonts w:cs="Times New Roman"/>
                <w:sz w:val="24"/>
                <w:szCs w:val="24"/>
                <w:lang w:val="ru-RU" w:eastAsia="ru-RU"/>
              </w:rPr>
              <w:t xml:space="preserve"> </w:t>
            </w:r>
            <w:r w:rsidRPr="00BF7AA2">
              <w:rPr>
                <w:rFonts w:cs="Times New Roman"/>
                <w:sz w:val="24"/>
                <w:szCs w:val="24"/>
                <w:lang w:val="ru-RU" w:eastAsia="ru-RU"/>
              </w:rPr>
              <w:t>ұстау</w:t>
            </w:r>
            <w:r w:rsidRPr="005562C2">
              <w:rPr>
                <w:rFonts w:cs="Times New Roman"/>
                <w:sz w:val="24"/>
                <w:szCs w:val="24"/>
                <w:lang w:val="ru-RU" w:eastAsia="ru-RU"/>
              </w:rPr>
              <w:t xml:space="preserve"> </w:t>
            </w:r>
            <w:r w:rsidRPr="00BF7AA2">
              <w:rPr>
                <w:rFonts w:cs="Times New Roman"/>
                <w:sz w:val="24"/>
                <w:szCs w:val="24"/>
                <w:lang w:val="ru-RU" w:eastAsia="ru-RU"/>
              </w:rPr>
              <w:t>ережелері</w:t>
            </w:r>
            <w:r w:rsidRPr="005562C2">
              <w:rPr>
                <w:rFonts w:cs="Times New Roman"/>
                <w:sz w:val="24"/>
                <w:szCs w:val="24"/>
                <w:lang w:val="ru-RU" w:eastAsia="ru-RU"/>
              </w:rPr>
              <w:t xml:space="preserve">, </w:t>
            </w:r>
            <w:r w:rsidRPr="00BF7AA2">
              <w:rPr>
                <w:rFonts w:cs="Times New Roman"/>
                <w:sz w:val="24"/>
                <w:szCs w:val="24"/>
                <w:lang w:val="ru-RU" w:eastAsia="ru-RU"/>
              </w:rPr>
              <w:t>сондай</w:t>
            </w:r>
            <w:r w:rsidRPr="005562C2">
              <w:rPr>
                <w:rFonts w:cs="Times New Roman"/>
                <w:sz w:val="24"/>
                <w:szCs w:val="24"/>
                <w:lang w:val="ru-RU" w:eastAsia="ru-RU"/>
              </w:rPr>
              <w:t>-</w:t>
            </w:r>
            <w:r w:rsidRPr="00BF7AA2">
              <w:rPr>
                <w:rFonts w:cs="Times New Roman"/>
                <w:sz w:val="24"/>
                <w:szCs w:val="24"/>
                <w:lang w:val="ru-RU" w:eastAsia="ru-RU"/>
              </w:rPr>
              <w:t>ақ</w:t>
            </w:r>
            <w:r w:rsidRPr="005562C2">
              <w:rPr>
                <w:rFonts w:cs="Times New Roman"/>
                <w:sz w:val="24"/>
                <w:szCs w:val="24"/>
                <w:lang w:val="ru-RU" w:eastAsia="ru-RU"/>
              </w:rPr>
              <w:t xml:space="preserve"> </w:t>
            </w:r>
            <w:r w:rsidRPr="00BF7AA2">
              <w:rPr>
                <w:rFonts w:cs="Times New Roman"/>
                <w:sz w:val="24"/>
                <w:szCs w:val="24"/>
                <w:lang w:val="ru-RU" w:eastAsia="ru-RU"/>
              </w:rPr>
              <w:t>Қызмет</w:t>
            </w:r>
            <w:r w:rsidRPr="005562C2">
              <w:rPr>
                <w:rFonts w:cs="Times New Roman"/>
                <w:sz w:val="24"/>
                <w:szCs w:val="24"/>
                <w:lang w:val="ru-RU" w:eastAsia="ru-RU"/>
              </w:rPr>
              <w:t xml:space="preserve"> </w:t>
            </w:r>
            <w:r w:rsidRPr="00BF7AA2">
              <w:rPr>
                <w:rFonts w:cs="Times New Roman"/>
                <w:sz w:val="24"/>
                <w:szCs w:val="24"/>
                <w:lang w:val="ru-RU" w:eastAsia="ru-RU"/>
              </w:rPr>
              <w:t>көрсету</w:t>
            </w:r>
            <w:r w:rsidRPr="005562C2">
              <w:rPr>
                <w:rFonts w:cs="Times New Roman"/>
                <w:sz w:val="24"/>
                <w:szCs w:val="24"/>
                <w:lang w:val="ru-RU" w:eastAsia="ru-RU"/>
              </w:rPr>
              <w:t xml:space="preserve"> </w:t>
            </w:r>
            <w:r w:rsidRPr="00BF7AA2">
              <w:rPr>
                <w:rFonts w:cs="Times New Roman"/>
                <w:sz w:val="24"/>
                <w:szCs w:val="24"/>
                <w:lang w:val="ru-RU" w:eastAsia="ru-RU"/>
              </w:rPr>
              <w:t>салдарынан</w:t>
            </w:r>
            <w:r w:rsidRPr="005562C2">
              <w:rPr>
                <w:rFonts w:cs="Times New Roman"/>
                <w:sz w:val="24"/>
                <w:szCs w:val="24"/>
                <w:lang w:val="ru-RU" w:eastAsia="ru-RU"/>
              </w:rPr>
              <w:t xml:space="preserve"> </w:t>
            </w:r>
            <w:r w:rsidRPr="00BF7AA2">
              <w:rPr>
                <w:rFonts w:cs="Times New Roman"/>
                <w:sz w:val="24"/>
                <w:szCs w:val="24"/>
                <w:lang w:val="ru-RU" w:eastAsia="ru-RU"/>
              </w:rPr>
              <w:t>туындауы</w:t>
            </w:r>
            <w:r w:rsidRPr="005562C2">
              <w:rPr>
                <w:rFonts w:cs="Times New Roman"/>
                <w:sz w:val="24"/>
                <w:szCs w:val="24"/>
                <w:lang w:val="ru-RU" w:eastAsia="ru-RU"/>
              </w:rPr>
              <w:t xml:space="preserve"> </w:t>
            </w:r>
            <w:r w:rsidRPr="00BF7AA2">
              <w:rPr>
                <w:rFonts w:cs="Times New Roman"/>
                <w:sz w:val="24"/>
                <w:szCs w:val="24"/>
                <w:lang w:val="ru-RU" w:eastAsia="ru-RU"/>
              </w:rPr>
              <w:t>мүмкін</w:t>
            </w:r>
            <w:r w:rsidRPr="005562C2">
              <w:rPr>
                <w:rFonts w:cs="Times New Roman"/>
                <w:sz w:val="24"/>
                <w:szCs w:val="24"/>
                <w:lang w:val="ru-RU" w:eastAsia="ru-RU"/>
              </w:rPr>
              <w:t xml:space="preserve"> </w:t>
            </w:r>
            <w:r w:rsidRPr="00BF7AA2">
              <w:rPr>
                <w:rFonts w:cs="Times New Roman"/>
                <w:sz w:val="24"/>
                <w:szCs w:val="24"/>
                <w:lang w:val="ru-RU" w:eastAsia="ru-RU"/>
              </w:rPr>
              <w:t>жағымсыз</w:t>
            </w:r>
            <w:r w:rsidRPr="005562C2">
              <w:rPr>
                <w:rFonts w:cs="Times New Roman"/>
                <w:sz w:val="24"/>
                <w:szCs w:val="24"/>
                <w:lang w:val="ru-RU" w:eastAsia="ru-RU"/>
              </w:rPr>
              <w:t xml:space="preserve"> </w:t>
            </w:r>
            <w:r w:rsidRPr="00BF7AA2">
              <w:rPr>
                <w:rFonts w:cs="Times New Roman"/>
                <w:sz w:val="24"/>
                <w:szCs w:val="24"/>
                <w:lang w:val="ru-RU" w:eastAsia="ru-RU"/>
              </w:rPr>
              <w:t>салдарлар</w:t>
            </w:r>
            <w:r w:rsidRPr="005562C2">
              <w:rPr>
                <w:rFonts w:cs="Times New Roman"/>
                <w:sz w:val="24"/>
                <w:szCs w:val="24"/>
                <w:lang w:val="ru-RU" w:eastAsia="ru-RU"/>
              </w:rPr>
              <w:t xml:space="preserve"> (</w:t>
            </w:r>
            <w:r w:rsidRPr="00BF7AA2">
              <w:rPr>
                <w:rFonts w:cs="Times New Roman"/>
                <w:sz w:val="24"/>
                <w:szCs w:val="24"/>
                <w:lang w:val="ru-RU" w:eastAsia="ru-RU"/>
              </w:rPr>
              <w:t>оның</w:t>
            </w:r>
            <w:r w:rsidRPr="005562C2">
              <w:rPr>
                <w:rFonts w:cs="Times New Roman"/>
                <w:sz w:val="24"/>
                <w:szCs w:val="24"/>
                <w:lang w:val="ru-RU" w:eastAsia="ru-RU"/>
              </w:rPr>
              <w:t xml:space="preserve"> </w:t>
            </w:r>
            <w:r w:rsidRPr="00BF7AA2">
              <w:rPr>
                <w:rFonts w:cs="Times New Roman"/>
                <w:sz w:val="24"/>
                <w:szCs w:val="24"/>
                <w:lang w:val="ru-RU" w:eastAsia="ru-RU"/>
              </w:rPr>
              <w:t>ішінде</w:t>
            </w:r>
            <w:r w:rsidRPr="005562C2">
              <w:rPr>
                <w:rFonts w:cs="Times New Roman"/>
                <w:sz w:val="24"/>
                <w:szCs w:val="24"/>
                <w:lang w:val="ru-RU" w:eastAsia="ru-RU"/>
              </w:rPr>
              <w:t xml:space="preserve"> </w:t>
            </w:r>
            <w:r w:rsidRPr="00BF7AA2">
              <w:rPr>
                <w:rFonts w:cs="Times New Roman"/>
                <w:sz w:val="24"/>
                <w:szCs w:val="24"/>
                <w:lang w:val="ru-RU" w:eastAsia="ru-RU"/>
              </w:rPr>
              <w:t>асқынулар</w:t>
            </w:r>
            <w:r w:rsidRPr="005562C2">
              <w:rPr>
                <w:rFonts w:cs="Times New Roman"/>
                <w:sz w:val="24"/>
                <w:szCs w:val="24"/>
                <w:lang w:val="ru-RU" w:eastAsia="ru-RU"/>
              </w:rPr>
              <w:t xml:space="preserve"> </w:t>
            </w:r>
            <w:r w:rsidRPr="00BF7AA2">
              <w:rPr>
                <w:rFonts w:cs="Times New Roman"/>
                <w:sz w:val="24"/>
                <w:szCs w:val="24"/>
                <w:lang w:val="ru-RU" w:eastAsia="ru-RU"/>
              </w:rPr>
              <w:t>мен</w:t>
            </w:r>
            <w:r w:rsidRPr="005562C2">
              <w:rPr>
                <w:rFonts w:cs="Times New Roman"/>
                <w:sz w:val="24"/>
                <w:szCs w:val="24"/>
                <w:lang w:val="ru-RU" w:eastAsia="ru-RU"/>
              </w:rPr>
              <w:t xml:space="preserve"> </w:t>
            </w:r>
            <w:r w:rsidRPr="00BF7AA2">
              <w:rPr>
                <w:rFonts w:cs="Times New Roman"/>
                <w:sz w:val="24"/>
                <w:szCs w:val="24"/>
                <w:lang w:val="ru-RU" w:eastAsia="ru-RU"/>
              </w:rPr>
              <w:t>Орындаушының</w:t>
            </w:r>
            <w:r w:rsidRPr="005562C2">
              <w:rPr>
                <w:rFonts w:cs="Times New Roman"/>
                <w:sz w:val="24"/>
                <w:szCs w:val="24"/>
                <w:lang w:val="ru-RU" w:eastAsia="ru-RU"/>
              </w:rPr>
              <w:t xml:space="preserve"> </w:t>
            </w:r>
            <w:r w:rsidRPr="00BF7AA2">
              <w:rPr>
                <w:rFonts w:cs="Times New Roman"/>
                <w:sz w:val="24"/>
                <w:szCs w:val="24"/>
                <w:lang w:val="ru-RU" w:eastAsia="ru-RU"/>
              </w:rPr>
              <w:t>кінәсінен</w:t>
            </w:r>
            <w:r w:rsidRPr="005562C2">
              <w:rPr>
                <w:rFonts w:cs="Times New Roman"/>
                <w:sz w:val="24"/>
                <w:szCs w:val="24"/>
                <w:lang w:val="ru-RU" w:eastAsia="ru-RU"/>
              </w:rPr>
              <w:t xml:space="preserve"> </w:t>
            </w:r>
            <w:r w:rsidRPr="00BF7AA2">
              <w:rPr>
                <w:rFonts w:cs="Times New Roman"/>
                <w:sz w:val="24"/>
                <w:szCs w:val="24"/>
                <w:lang w:val="ru-RU" w:eastAsia="ru-RU"/>
              </w:rPr>
              <w:t>емес</w:t>
            </w:r>
            <w:r w:rsidRPr="005562C2">
              <w:rPr>
                <w:rFonts w:cs="Times New Roman"/>
                <w:sz w:val="24"/>
                <w:szCs w:val="24"/>
                <w:lang w:val="ru-RU" w:eastAsia="ru-RU"/>
              </w:rPr>
              <w:t xml:space="preserve"> </w:t>
            </w:r>
            <w:r w:rsidRPr="00BF7AA2">
              <w:rPr>
                <w:rFonts w:cs="Times New Roman"/>
                <w:sz w:val="24"/>
                <w:szCs w:val="24"/>
                <w:lang w:val="ru-RU" w:eastAsia="ru-RU"/>
              </w:rPr>
              <w:t>жағымсыз</w:t>
            </w:r>
            <w:r w:rsidRPr="005562C2">
              <w:rPr>
                <w:rFonts w:cs="Times New Roman"/>
                <w:sz w:val="24"/>
                <w:szCs w:val="24"/>
                <w:lang w:val="ru-RU" w:eastAsia="ru-RU"/>
              </w:rPr>
              <w:t xml:space="preserve"> </w:t>
            </w:r>
            <w:r w:rsidRPr="00BF7AA2">
              <w:rPr>
                <w:rFonts w:cs="Times New Roman"/>
                <w:sz w:val="24"/>
                <w:szCs w:val="24"/>
                <w:lang w:val="ru-RU" w:eastAsia="ru-RU"/>
              </w:rPr>
              <w:t>нәтижелердің</w:t>
            </w:r>
            <w:r w:rsidRPr="005562C2">
              <w:rPr>
                <w:rFonts w:cs="Times New Roman"/>
                <w:sz w:val="24"/>
                <w:szCs w:val="24"/>
                <w:lang w:val="ru-RU" w:eastAsia="ru-RU"/>
              </w:rPr>
              <w:t xml:space="preserve"> </w:t>
            </w:r>
            <w:r w:rsidRPr="00BF7AA2">
              <w:rPr>
                <w:rFonts w:cs="Times New Roman"/>
                <w:sz w:val="24"/>
                <w:szCs w:val="24"/>
                <w:lang w:val="ru-RU" w:eastAsia="ru-RU"/>
              </w:rPr>
              <w:t>ықтималдығы</w:t>
            </w:r>
            <w:r w:rsidRPr="005562C2">
              <w:rPr>
                <w:rFonts w:cs="Times New Roman"/>
                <w:sz w:val="24"/>
                <w:szCs w:val="24"/>
                <w:lang w:val="ru-RU" w:eastAsia="ru-RU"/>
              </w:rPr>
              <w:t>);</w:t>
            </w:r>
          </w:p>
          <w:p w:rsidR="00BF7AA2" w:rsidRDefault="00BF7AA2" w:rsidP="00BF7AA2">
            <w:pPr>
              <w:tabs>
                <w:tab w:val="num" w:pos="720"/>
              </w:tabs>
              <w:ind w:left="320" w:hanging="284"/>
              <w:jc w:val="both"/>
              <w:rPr>
                <w:rFonts w:cs="Times New Roman"/>
                <w:sz w:val="24"/>
                <w:szCs w:val="24"/>
                <w:lang w:val="ru-RU" w:eastAsia="ru-RU"/>
              </w:rPr>
            </w:pPr>
            <w:r>
              <w:rPr>
                <w:rFonts w:cs="Times New Roman"/>
                <w:sz w:val="24"/>
                <w:szCs w:val="24"/>
                <w:lang w:val="ru-RU" w:eastAsia="ru-RU"/>
              </w:rPr>
              <w:t>-</w:t>
            </w:r>
            <w:r>
              <w:rPr>
                <w:rFonts w:cs="Times New Roman"/>
                <w:sz w:val="24"/>
                <w:szCs w:val="24"/>
                <w:lang w:val="ru-RU" w:eastAsia="ru-RU"/>
              </w:rPr>
              <w:tab/>
            </w:r>
            <w:r w:rsidRPr="00BF7AA2">
              <w:rPr>
                <w:rFonts w:cs="Times New Roman"/>
                <w:sz w:val="24"/>
                <w:szCs w:val="24"/>
                <w:lang w:val="ru-RU" w:eastAsia="ru-RU"/>
              </w:rPr>
              <w:t>Қазақстан Республикасының «Дербес деректер және оларды қорғау туралы» Заңына сәйкес дербес деректерді өңдеу саясаты мен ережелерімен, олардың мақсаты, көлемі, сақтау шарттары және үшінші тұлғаларға берілу мүмкіндігімен таныс екенін;</w:t>
            </w:r>
          </w:p>
          <w:p w:rsidR="00BF7AA2" w:rsidRDefault="00BF7AA2" w:rsidP="00BF7AA2">
            <w:pPr>
              <w:tabs>
                <w:tab w:val="num" w:pos="720"/>
              </w:tabs>
              <w:ind w:left="320" w:hanging="284"/>
              <w:jc w:val="both"/>
              <w:rPr>
                <w:rFonts w:cs="Times New Roman"/>
                <w:sz w:val="24"/>
                <w:szCs w:val="24"/>
                <w:lang w:val="ru-RU" w:eastAsia="ru-RU"/>
              </w:rPr>
            </w:pPr>
            <w:r>
              <w:rPr>
                <w:rFonts w:cs="Times New Roman"/>
                <w:sz w:val="24"/>
                <w:szCs w:val="24"/>
                <w:lang w:val="ru-RU" w:eastAsia="ru-RU"/>
              </w:rPr>
              <w:t>-</w:t>
            </w:r>
            <w:r>
              <w:rPr>
                <w:rFonts w:cs="Times New Roman"/>
                <w:sz w:val="24"/>
                <w:szCs w:val="24"/>
                <w:lang w:val="ru-RU" w:eastAsia="ru-RU"/>
              </w:rPr>
              <w:tab/>
            </w:r>
            <w:r w:rsidRPr="00BF7AA2">
              <w:rPr>
                <w:rFonts w:cs="Times New Roman"/>
                <w:sz w:val="24"/>
                <w:szCs w:val="24"/>
                <w:lang w:val="ru-RU" w:eastAsia="ru-RU"/>
              </w:rPr>
              <w:t xml:space="preserve">Қазақстан Республикасының «Тұтынушылардың құқықтарын қорғау туралы» Заңының 10-бабында және </w:t>
            </w:r>
            <w:r w:rsidRPr="00BF7AA2">
              <w:rPr>
                <w:rFonts w:cs="Times New Roman"/>
                <w:sz w:val="24"/>
                <w:szCs w:val="24"/>
                <w:lang w:val="ru-RU" w:eastAsia="ru-RU"/>
              </w:rPr>
              <w:lastRenderedPageBreak/>
              <w:t>Қазақстан Республикасының «Халық денсаулығы және денсаулық сақтау жүйесі туралы» Кодексінің 134-бабында көзделген өзге де мәліметтермен, оның ішінде Орындаушы, Қызметтер көрсету және төлеу тәртібі, мамандардың біліктілігі туралы ақпаратпен таныс екенін;</w:t>
            </w:r>
          </w:p>
          <w:p w:rsidR="00210D0E" w:rsidRPr="00BF7AA2" w:rsidRDefault="00BF7AA2" w:rsidP="00BF7AA2">
            <w:pPr>
              <w:tabs>
                <w:tab w:val="num" w:pos="720"/>
              </w:tabs>
              <w:spacing w:after="120"/>
              <w:ind w:left="318" w:hanging="284"/>
              <w:jc w:val="both"/>
              <w:rPr>
                <w:rFonts w:cs="Times New Roman"/>
                <w:sz w:val="24"/>
                <w:szCs w:val="24"/>
                <w:lang w:val="ru-RU" w:eastAsia="ru-RU"/>
              </w:rPr>
            </w:pPr>
            <w:r>
              <w:rPr>
                <w:rFonts w:cs="Times New Roman"/>
                <w:sz w:val="24"/>
                <w:szCs w:val="24"/>
                <w:lang w:val="ru-RU" w:eastAsia="ru-RU"/>
              </w:rPr>
              <w:t xml:space="preserve">- </w:t>
            </w:r>
            <w:r>
              <w:rPr>
                <w:rFonts w:cs="Times New Roman"/>
                <w:sz w:val="24"/>
                <w:szCs w:val="24"/>
                <w:lang w:val="ru-RU" w:eastAsia="ru-RU"/>
              </w:rPr>
              <w:tab/>
            </w:r>
            <w:r w:rsidRPr="00BF7AA2">
              <w:rPr>
                <w:rFonts w:cs="Times New Roman"/>
                <w:sz w:val="24"/>
                <w:szCs w:val="24"/>
                <w:lang w:val="ru-RU" w:eastAsia="ru-RU"/>
              </w:rPr>
              <w:t>Жария офертаның шарттарын қабылдауды білдіретін біржақты әрекет жасау арқылы медициналық қызметтер көрсету туралы Шарт жасасуға келісім бергенін</w:t>
            </w:r>
            <w:r w:rsidR="00A17B6E">
              <w:rPr>
                <w:rFonts w:cs="Times New Roman"/>
                <w:sz w:val="24"/>
                <w:szCs w:val="24"/>
                <w:lang w:val="ru-RU" w:eastAsia="ru-RU"/>
              </w:rPr>
              <w:t xml:space="preserve">: </w:t>
            </w:r>
            <w:r w:rsidRPr="00BF7AA2">
              <w:rPr>
                <w:rFonts w:cs="Times New Roman"/>
                <w:sz w:val="24"/>
                <w:szCs w:val="24"/>
                <w:lang w:val="ru-RU" w:eastAsia="ru-RU"/>
              </w:rPr>
              <w:t xml:space="preserve">Қызметтерге ақы төлеу, акцепт-өтінішке қол қою немесе </w:t>
            </w:r>
            <w:r w:rsidR="00A17B6E" w:rsidRPr="00A17B6E">
              <w:rPr>
                <w:rFonts w:cs="Times New Roman"/>
                <w:sz w:val="24"/>
                <w:szCs w:val="24"/>
                <w:lang w:val="ru-RU" w:eastAsia="ru-RU"/>
              </w:rPr>
              <w:t>Қазақстан Республикас</w:t>
            </w:r>
            <w:r w:rsidR="00A17B6E">
              <w:rPr>
                <w:rFonts w:cs="Times New Roman"/>
                <w:sz w:val="24"/>
                <w:szCs w:val="24"/>
                <w:lang w:val="ru-RU" w:eastAsia="ru-RU"/>
              </w:rPr>
              <w:t xml:space="preserve">ының Азаматтық кодексіне сәйкес </w:t>
            </w:r>
            <w:r w:rsidRPr="00BF7AA2">
              <w:rPr>
                <w:rFonts w:cs="Times New Roman"/>
                <w:sz w:val="24"/>
                <w:szCs w:val="24"/>
                <w:lang w:val="ru-RU" w:eastAsia="ru-RU"/>
              </w:rPr>
              <w:t>офертад</w:t>
            </w:r>
            <w:r w:rsidR="00A17B6E">
              <w:rPr>
                <w:rFonts w:cs="Times New Roman"/>
                <w:sz w:val="24"/>
                <w:szCs w:val="24"/>
                <w:lang w:val="ru-RU" w:eastAsia="ru-RU"/>
              </w:rPr>
              <w:t>а көрсетілген өзге де әрекеттер</w:t>
            </w:r>
            <w:r w:rsidRPr="00BF7AA2">
              <w:rPr>
                <w:rFonts w:cs="Times New Roman"/>
                <w:sz w:val="24"/>
                <w:szCs w:val="24"/>
                <w:lang w:val="ru-RU" w:eastAsia="ru-RU"/>
              </w:rPr>
              <w:t>.</w:t>
            </w:r>
          </w:p>
        </w:tc>
      </w:tr>
      <w:tr w:rsidR="00210D0E" w:rsidRPr="00812E08" w:rsidTr="00210D0E">
        <w:trPr>
          <w:trHeight w:val="1266"/>
        </w:trPr>
        <w:tc>
          <w:tcPr>
            <w:tcW w:w="5246" w:type="dxa"/>
          </w:tcPr>
          <w:p w:rsidR="00210D0E" w:rsidRPr="00BF7AA2" w:rsidRDefault="00210D0E" w:rsidP="003D0F57">
            <w:pPr>
              <w:jc w:val="both"/>
              <w:rPr>
                <w:rFonts w:cs="Times New Roman"/>
                <w:color w:val="000000" w:themeColor="text1"/>
                <w:sz w:val="24"/>
                <w:szCs w:val="24"/>
                <w:lang w:val="ru-RU"/>
              </w:rPr>
            </w:pPr>
            <w:r w:rsidRPr="00BF7AA2">
              <w:rPr>
                <w:rFonts w:cs="Times New Roman"/>
                <w:color w:val="000000" w:themeColor="text1"/>
                <w:sz w:val="24"/>
                <w:szCs w:val="24"/>
                <w:lang w:val="ru-RU"/>
              </w:rPr>
              <w:lastRenderedPageBreak/>
              <w:t xml:space="preserve">2.5. Срок действия Публичной оферты устанавливается с </w:t>
            </w:r>
            <w:r w:rsidR="00E11BB7">
              <w:rPr>
                <w:rFonts w:cs="Times New Roman"/>
                <w:color w:val="000000" w:themeColor="text1"/>
                <w:sz w:val="24"/>
                <w:szCs w:val="24"/>
                <w:lang w:val="ru-RU"/>
              </w:rPr>
              <w:t xml:space="preserve">01 </w:t>
            </w:r>
            <w:r w:rsidR="003D0F57">
              <w:rPr>
                <w:rFonts w:cs="Times New Roman"/>
                <w:color w:val="000000" w:themeColor="text1"/>
                <w:sz w:val="24"/>
                <w:szCs w:val="24"/>
                <w:lang w:val="ru-RU"/>
              </w:rPr>
              <w:t>январ</w:t>
            </w:r>
            <w:r w:rsidR="00E11BB7">
              <w:rPr>
                <w:rFonts w:cs="Times New Roman"/>
                <w:color w:val="000000" w:themeColor="text1"/>
                <w:sz w:val="24"/>
                <w:szCs w:val="24"/>
                <w:lang w:val="ru-RU"/>
              </w:rPr>
              <w:t>я</w:t>
            </w:r>
            <w:r w:rsidRPr="00BF7AA2">
              <w:rPr>
                <w:rFonts w:cs="Times New Roman"/>
                <w:color w:val="000000" w:themeColor="text1"/>
                <w:sz w:val="24"/>
                <w:szCs w:val="24"/>
                <w:lang w:val="ru-RU"/>
              </w:rPr>
              <w:t xml:space="preserve"> 202</w:t>
            </w:r>
            <w:r w:rsidR="003D0F57">
              <w:rPr>
                <w:rFonts w:cs="Times New Roman"/>
                <w:color w:val="000000" w:themeColor="text1"/>
                <w:sz w:val="24"/>
                <w:szCs w:val="24"/>
                <w:lang w:val="ru-RU"/>
              </w:rPr>
              <w:t>2</w:t>
            </w:r>
            <w:r w:rsidRPr="00BF7AA2">
              <w:rPr>
                <w:rFonts w:cs="Times New Roman"/>
                <w:color w:val="000000" w:themeColor="text1"/>
                <w:sz w:val="24"/>
                <w:szCs w:val="24"/>
                <w:lang w:val="ru-RU"/>
              </w:rPr>
              <w:t xml:space="preserve"> года на весь период действия лицензии Исполнителя на осуществление медицинской деятельности</w:t>
            </w:r>
            <w:r w:rsidR="00D01FCA" w:rsidRPr="00BF7AA2">
              <w:rPr>
                <w:rFonts w:cs="Times New Roman"/>
                <w:color w:val="000000" w:themeColor="text1"/>
                <w:sz w:val="24"/>
                <w:szCs w:val="24"/>
                <w:lang w:val="ru-RU"/>
              </w:rPr>
              <w:t xml:space="preserve">. </w:t>
            </w:r>
          </w:p>
        </w:tc>
        <w:tc>
          <w:tcPr>
            <w:tcW w:w="5103" w:type="dxa"/>
          </w:tcPr>
          <w:p w:rsidR="00210D0E" w:rsidRPr="00BF7AA2" w:rsidRDefault="00BF7AA2" w:rsidP="00E11BB7">
            <w:pPr>
              <w:pStyle w:val="aa"/>
              <w:pBdr>
                <w:bottom w:val="none" w:sz="0" w:space="0" w:color="auto"/>
              </w:pBdr>
              <w:jc w:val="both"/>
              <w:rPr>
                <w:rFonts w:ascii="Times New Roman" w:hAnsi="Times New Roman" w:cs="Times New Roman"/>
                <w:color w:val="000000" w:themeColor="text1"/>
                <w:sz w:val="24"/>
                <w:szCs w:val="24"/>
                <w:lang w:val="ru-RU"/>
              </w:rPr>
            </w:pPr>
            <w:r w:rsidRPr="00BF7AA2">
              <w:rPr>
                <w:rFonts w:ascii="Times New Roman" w:hAnsi="Times New Roman" w:cs="Times New Roman"/>
                <w:bCs/>
                <w:color w:val="000000" w:themeColor="text1"/>
                <w:sz w:val="24"/>
                <w:szCs w:val="24"/>
                <w:lang w:val="ru-RU"/>
              </w:rPr>
              <w:t>2.5.</w:t>
            </w:r>
            <w:r w:rsidRPr="00BF7AA2">
              <w:rPr>
                <w:rFonts w:ascii="Times New Roman" w:hAnsi="Times New Roman" w:cs="Times New Roman"/>
                <w:color w:val="000000" w:themeColor="text1"/>
                <w:sz w:val="24"/>
                <w:szCs w:val="24"/>
                <w:lang w:val="ru-RU"/>
              </w:rPr>
              <w:t xml:space="preserve"> </w:t>
            </w:r>
            <w:r w:rsidR="003D0F57" w:rsidRPr="003D0F57">
              <w:rPr>
                <w:rFonts w:ascii="Times New Roman" w:hAnsi="Times New Roman" w:cs="Times New Roman"/>
                <w:color w:val="000000" w:themeColor="text1"/>
                <w:sz w:val="24"/>
                <w:szCs w:val="24"/>
                <w:lang w:val="ru-RU"/>
              </w:rPr>
              <w:t>Жария офертаның қолданылу мерзімі Орындаушының медициналық қызметті жүзеге асыруға арналған лицензиясының бүкіл қолданылу кезеңіне 01 жылғы 2022 қаңтардан бастап белгіленеді</w:t>
            </w:r>
            <w:r w:rsidRPr="00BF7AA2">
              <w:rPr>
                <w:rFonts w:ascii="Times New Roman" w:hAnsi="Times New Roman" w:cs="Times New Roman"/>
                <w:color w:val="000000" w:themeColor="text1"/>
                <w:sz w:val="24"/>
                <w:szCs w:val="24"/>
                <w:lang w:val="ru-RU"/>
              </w:rPr>
              <w:t>.</w:t>
            </w:r>
          </w:p>
        </w:tc>
      </w:tr>
      <w:tr w:rsidR="00210D0E" w:rsidRPr="006246ED" w:rsidTr="00210D0E">
        <w:trPr>
          <w:trHeight w:val="339"/>
        </w:trPr>
        <w:tc>
          <w:tcPr>
            <w:tcW w:w="5246" w:type="dxa"/>
          </w:tcPr>
          <w:p w:rsidR="00210D0E" w:rsidRPr="00286B3D" w:rsidRDefault="00210D0E" w:rsidP="00286B3D">
            <w:pPr>
              <w:spacing w:after="120"/>
              <w:rPr>
                <w:b/>
                <w:sz w:val="24"/>
                <w:szCs w:val="24"/>
                <w:lang w:val="ru-RU"/>
              </w:rPr>
            </w:pPr>
            <w:r>
              <w:rPr>
                <w:b/>
                <w:sz w:val="24"/>
                <w:szCs w:val="24"/>
                <w:lang w:val="ru-RU"/>
              </w:rPr>
              <w:t>3.</w:t>
            </w:r>
            <w:r w:rsidR="00286B3D">
              <w:rPr>
                <w:b/>
                <w:sz w:val="24"/>
                <w:szCs w:val="24"/>
                <w:lang w:val="ru-RU"/>
              </w:rPr>
              <w:t xml:space="preserve"> ПРЕДМЕТ ДОГОВОРА</w:t>
            </w:r>
          </w:p>
        </w:tc>
        <w:tc>
          <w:tcPr>
            <w:tcW w:w="5103" w:type="dxa"/>
          </w:tcPr>
          <w:p w:rsidR="00210D0E" w:rsidRPr="001179C2" w:rsidRDefault="001179C2" w:rsidP="001179C2">
            <w:pPr>
              <w:spacing w:before="100" w:beforeAutospacing="1" w:after="100" w:afterAutospacing="1"/>
              <w:rPr>
                <w:rFonts w:cs="Times New Roman"/>
                <w:b/>
                <w:sz w:val="24"/>
                <w:szCs w:val="24"/>
                <w:lang w:val="ru-RU" w:eastAsia="ru-RU"/>
              </w:rPr>
            </w:pPr>
            <w:r w:rsidRPr="001179C2">
              <w:rPr>
                <w:rFonts w:cs="Times New Roman"/>
                <w:b/>
                <w:sz w:val="24"/>
                <w:szCs w:val="24"/>
                <w:lang w:val="ru-RU" w:eastAsia="ru-RU"/>
              </w:rPr>
              <w:t xml:space="preserve">3. </w:t>
            </w:r>
            <w:r w:rsidR="00B70A0C" w:rsidRPr="00B70A0C">
              <w:rPr>
                <w:rFonts w:cs="Times New Roman"/>
                <w:b/>
                <w:sz w:val="24"/>
                <w:szCs w:val="24"/>
                <w:lang w:val="ru-RU" w:eastAsia="ru-RU"/>
              </w:rPr>
              <w:t>ШАРТТЫҢ МӘНІ</w:t>
            </w:r>
          </w:p>
        </w:tc>
      </w:tr>
      <w:tr w:rsidR="00210D0E" w:rsidRPr="00812E08" w:rsidTr="0020029F">
        <w:trPr>
          <w:trHeight w:val="1878"/>
        </w:trPr>
        <w:tc>
          <w:tcPr>
            <w:tcW w:w="5246" w:type="dxa"/>
          </w:tcPr>
          <w:p w:rsidR="00210D0E" w:rsidRPr="00210D0E" w:rsidRDefault="00210D0E" w:rsidP="003D0F57">
            <w:pPr>
              <w:pStyle w:val="a"/>
              <w:numPr>
                <w:ilvl w:val="0"/>
                <w:numId w:val="0"/>
              </w:numPr>
              <w:ind w:left="35"/>
              <w:jc w:val="both"/>
              <w:rPr>
                <w:rFonts w:cs="Times New Roman"/>
                <w:sz w:val="24"/>
                <w:szCs w:val="24"/>
                <w:lang w:val="ru-RU"/>
              </w:rPr>
            </w:pPr>
            <w:r>
              <w:rPr>
                <w:rFonts w:cs="Times New Roman"/>
                <w:sz w:val="24"/>
                <w:szCs w:val="24"/>
                <w:lang w:val="ru-RU"/>
              </w:rPr>
              <w:t>3</w:t>
            </w:r>
            <w:r w:rsidRPr="00015BA0">
              <w:rPr>
                <w:rFonts w:cs="Times New Roman"/>
                <w:sz w:val="24"/>
                <w:szCs w:val="24"/>
                <w:lang w:val="ru-RU"/>
              </w:rPr>
              <w:t xml:space="preserve">.1. </w:t>
            </w:r>
            <w:r>
              <w:rPr>
                <w:rFonts w:cs="Times New Roman"/>
                <w:sz w:val="24"/>
                <w:szCs w:val="24"/>
                <w:lang w:val="ru-RU"/>
              </w:rPr>
              <w:t>Исполнитель обязуется оказать Пациенту платные У</w:t>
            </w:r>
            <w:r w:rsidRPr="00552C95">
              <w:rPr>
                <w:rFonts w:cs="Times New Roman"/>
                <w:sz w:val="24"/>
                <w:szCs w:val="24"/>
                <w:lang w:val="ru-RU"/>
              </w:rPr>
              <w:t>слуг</w:t>
            </w:r>
            <w:r>
              <w:rPr>
                <w:rFonts w:cs="Times New Roman"/>
                <w:sz w:val="24"/>
                <w:szCs w:val="24"/>
                <w:lang w:val="ru-RU"/>
              </w:rPr>
              <w:t>и</w:t>
            </w:r>
            <w:r w:rsidRPr="00552C95">
              <w:rPr>
                <w:rFonts w:cs="Times New Roman"/>
                <w:sz w:val="24"/>
                <w:szCs w:val="24"/>
                <w:lang w:val="ru-RU"/>
              </w:rPr>
              <w:t xml:space="preserve"> </w:t>
            </w:r>
            <w:r>
              <w:rPr>
                <w:rFonts w:cs="Times New Roman"/>
                <w:sz w:val="24"/>
                <w:szCs w:val="24"/>
                <w:lang w:val="ru-RU"/>
              </w:rPr>
              <w:t>по инициативе последнего в соответствии с Л</w:t>
            </w:r>
            <w:r w:rsidRPr="00552C95">
              <w:rPr>
                <w:rFonts w:cs="Times New Roman"/>
                <w:sz w:val="24"/>
                <w:szCs w:val="24"/>
                <w:lang w:val="ru-RU"/>
              </w:rPr>
              <w:t xml:space="preserve">ицензией </w:t>
            </w:r>
            <w:r>
              <w:rPr>
                <w:rFonts w:cs="Times New Roman"/>
                <w:sz w:val="24"/>
                <w:szCs w:val="24"/>
                <w:lang w:val="ru-RU"/>
              </w:rPr>
              <w:t>и Пр</w:t>
            </w:r>
            <w:r w:rsidR="003D0F57">
              <w:rPr>
                <w:rFonts w:cs="Times New Roman"/>
                <w:sz w:val="24"/>
                <w:szCs w:val="24"/>
                <w:lang w:val="ru-RU"/>
              </w:rPr>
              <w:t>айслис</w:t>
            </w:r>
            <w:r>
              <w:rPr>
                <w:rFonts w:cs="Times New Roman"/>
                <w:sz w:val="24"/>
                <w:szCs w:val="24"/>
                <w:lang w:val="ru-RU"/>
              </w:rPr>
              <w:t>том,</w:t>
            </w:r>
            <w:r w:rsidRPr="00664AEA">
              <w:rPr>
                <w:lang w:val="ru-RU"/>
              </w:rPr>
              <w:t xml:space="preserve"> </w:t>
            </w:r>
            <w:r w:rsidRPr="00664AEA">
              <w:rPr>
                <w:rFonts w:cs="Times New Roman"/>
                <w:sz w:val="24"/>
                <w:szCs w:val="24"/>
                <w:lang w:val="ru-RU"/>
              </w:rPr>
              <w:t>а Пациент обязуется своевременно оплачивать стоимость</w:t>
            </w:r>
            <w:r>
              <w:rPr>
                <w:rFonts w:cs="Times New Roman"/>
                <w:sz w:val="24"/>
                <w:szCs w:val="24"/>
                <w:lang w:val="ru-RU"/>
              </w:rPr>
              <w:t xml:space="preserve"> предоставляемых/предоставленных У</w:t>
            </w:r>
            <w:r w:rsidRPr="00664AEA">
              <w:rPr>
                <w:rFonts w:cs="Times New Roman"/>
                <w:sz w:val="24"/>
                <w:szCs w:val="24"/>
                <w:lang w:val="ru-RU"/>
              </w:rPr>
              <w:t>слуг, а также выполнять требования</w:t>
            </w:r>
            <w:r>
              <w:rPr>
                <w:rFonts w:cs="Times New Roman"/>
                <w:sz w:val="24"/>
                <w:szCs w:val="24"/>
                <w:lang w:val="ru-RU"/>
              </w:rPr>
              <w:t xml:space="preserve"> медицинского персонала Исполнителя</w:t>
            </w:r>
            <w:r w:rsidRPr="00664AEA">
              <w:rPr>
                <w:rFonts w:cs="Times New Roman"/>
                <w:sz w:val="24"/>
                <w:szCs w:val="24"/>
                <w:lang w:val="ru-RU"/>
              </w:rPr>
              <w:t>, обеспечивающ</w:t>
            </w:r>
            <w:r>
              <w:rPr>
                <w:rFonts w:cs="Times New Roman"/>
                <w:sz w:val="24"/>
                <w:szCs w:val="24"/>
                <w:lang w:val="ru-RU"/>
              </w:rPr>
              <w:t>ие качественное предоставление У</w:t>
            </w:r>
            <w:r w:rsidRPr="00664AEA">
              <w:rPr>
                <w:rFonts w:cs="Times New Roman"/>
                <w:sz w:val="24"/>
                <w:szCs w:val="24"/>
                <w:lang w:val="ru-RU"/>
              </w:rPr>
              <w:t>слуг, включая сообщение необходимых для этого сведений</w:t>
            </w:r>
            <w:r>
              <w:rPr>
                <w:rFonts w:cs="Times New Roman"/>
                <w:sz w:val="24"/>
                <w:szCs w:val="24"/>
                <w:lang w:val="ru-RU"/>
              </w:rPr>
              <w:t>, прием назначаемых препаратов и под</w:t>
            </w:r>
            <w:r w:rsidRPr="00664AEA">
              <w:rPr>
                <w:rFonts w:cs="Times New Roman"/>
                <w:sz w:val="24"/>
                <w:szCs w:val="24"/>
                <w:lang w:val="ru-RU"/>
              </w:rPr>
              <w:t>.</w:t>
            </w:r>
          </w:p>
        </w:tc>
        <w:tc>
          <w:tcPr>
            <w:tcW w:w="5103" w:type="dxa"/>
          </w:tcPr>
          <w:p w:rsidR="00210D0E" w:rsidRDefault="001179C2" w:rsidP="003D0F57">
            <w:pPr>
              <w:spacing w:before="100" w:beforeAutospacing="1" w:after="100" w:afterAutospacing="1"/>
              <w:jc w:val="both"/>
              <w:rPr>
                <w:rFonts w:cs="Times New Roman"/>
                <w:sz w:val="24"/>
                <w:szCs w:val="24"/>
                <w:lang w:val="ru-RU" w:eastAsia="ru-RU"/>
              </w:rPr>
            </w:pPr>
            <w:r w:rsidRPr="001179C2">
              <w:rPr>
                <w:rFonts w:cs="Times New Roman"/>
                <w:sz w:val="24"/>
                <w:szCs w:val="24"/>
                <w:lang w:val="ru-RU" w:eastAsia="ru-RU"/>
              </w:rPr>
              <w:t>3.1. Орындаушы Пациенттің бастамасы бойынша, Лицензияға және Пр</w:t>
            </w:r>
            <w:r w:rsidR="003D0F57">
              <w:rPr>
                <w:rFonts w:cs="Times New Roman"/>
                <w:sz w:val="24"/>
                <w:szCs w:val="24"/>
                <w:lang w:val="ru-RU" w:eastAsia="ru-RU"/>
              </w:rPr>
              <w:t>айслист</w:t>
            </w:r>
            <w:r w:rsidRPr="001179C2">
              <w:rPr>
                <w:rFonts w:cs="Times New Roman"/>
                <w:sz w:val="24"/>
                <w:szCs w:val="24"/>
                <w:lang w:val="ru-RU" w:eastAsia="ru-RU"/>
              </w:rPr>
              <w:t>қа сәйкес ақылы Қызметтер көрсетуге міндеттенеді, ал Пациент көрсетілген/көрсетілетін Қызметтердің құнын уақтылы төлеуге, сондай-ақ Қызметтердің сапалы көрсетілуін қамтамасыз ететін Орындаушының медициналық қызметкерлерінің талаптарын орындауға міндеттенеді, оның ішінде қажетті ақпаратты ұсыну, тағайындалған дәрі-дәрмектерді қабылдау және т.б.</w:t>
            </w:r>
          </w:p>
        </w:tc>
      </w:tr>
      <w:tr w:rsidR="00664AEA" w:rsidRPr="00812E08" w:rsidTr="0020029F">
        <w:tc>
          <w:tcPr>
            <w:tcW w:w="5246" w:type="dxa"/>
          </w:tcPr>
          <w:p w:rsidR="00664AEA" w:rsidRDefault="002355D6" w:rsidP="00236A1F">
            <w:pPr>
              <w:jc w:val="both"/>
              <w:rPr>
                <w:rFonts w:cs="Times New Roman"/>
                <w:sz w:val="24"/>
                <w:szCs w:val="24"/>
                <w:lang w:val="ru-RU"/>
              </w:rPr>
            </w:pPr>
            <w:r>
              <w:rPr>
                <w:rFonts w:cs="Times New Roman"/>
                <w:sz w:val="24"/>
                <w:szCs w:val="24"/>
                <w:lang w:val="ru-RU"/>
              </w:rPr>
              <w:t xml:space="preserve">3.2.  </w:t>
            </w:r>
            <w:r w:rsidR="00236A1F">
              <w:rPr>
                <w:rFonts w:cs="Times New Roman"/>
                <w:sz w:val="24"/>
                <w:szCs w:val="24"/>
                <w:lang w:val="ru-RU"/>
              </w:rPr>
              <w:t xml:space="preserve">Исполнитель имеет право оказывать платные </w:t>
            </w:r>
            <w:r w:rsidR="00FE76B8">
              <w:rPr>
                <w:rFonts w:cs="Times New Roman"/>
                <w:sz w:val="24"/>
                <w:szCs w:val="24"/>
                <w:lang w:val="ru-RU"/>
              </w:rPr>
              <w:t>У</w:t>
            </w:r>
            <w:r w:rsidR="00236A1F">
              <w:rPr>
                <w:rFonts w:cs="Times New Roman"/>
                <w:sz w:val="24"/>
                <w:szCs w:val="24"/>
                <w:lang w:val="ru-RU"/>
              </w:rPr>
              <w:t>слуги на основании</w:t>
            </w:r>
            <w:r w:rsidR="00236A1F" w:rsidRPr="00236A1F">
              <w:rPr>
                <w:rFonts w:cs="Times New Roman"/>
                <w:sz w:val="24"/>
                <w:szCs w:val="24"/>
                <w:lang w:val="ru-RU"/>
              </w:rPr>
              <w:t xml:space="preserve"> </w:t>
            </w:r>
            <w:r w:rsidR="00236A1F">
              <w:rPr>
                <w:rFonts w:cs="Times New Roman"/>
                <w:sz w:val="24"/>
                <w:szCs w:val="24"/>
                <w:lang w:val="ru-RU"/>
              </w:rPr>
              <w:t xml:space="preserve">Гражданского кодекса Республики Казахстан, </w:t>
            </w:r>
            <w:r w:rsidR="00236A1F" w:rsidRPr="00236A1F">
              <w:rPr>
                <w:rFonts w:cs="Times New Roman"/>
                <w:sz w:val="24"/>
                <w:szCs w:val="24"/>
                <w:lang w:val="ru-RU"/>
              </w:rPr>
              <w:t>Кодекс</w:t>
            </w:r>
            <w:r w:rsidR="00236A1F">
              <w:rPr>
                <w:rFonts w:cs="Times New Roman"/>
                <w:sz w:val="24"/>
                <w:szCs w:val="24"/>
                <w:lang w:val="ru-RU"/>
              </w:rPr>
              <w:t>а</w:t>
            </w:r>
            <w:r w:rsidR="00236A1F" w:rsidRPr="00236A1F">
              <w:rPr>
                <w:rFonts w:cs="Times New Roman"/>
                <w:sz w:val="24"/>
                <w:szCs w:val="24"/>
                <w:lang w:val="ru-RU"/>
              </w:rPr>
              <w:t xml:space="preserve"> РК «О здоровье народа и системе здравоохранения» от 7 июля 2020 года № 360-VI</w:t>
            </w:r>
            <w:r w:rsidR="00236A1F">
              <w:rPr>
                <w:rFonts w:cs="Times New Roman"/>
                <w:sz w:val="24"/>
                <w:szCs w:val="24"/>
                <w:lang w:val="ru-RU"/>
              </w:rPr>
              <w:t xml:space="preserve">, </w:t>
            </w:r>
            <w:r w:rsidR="00236A1F" w:rsidRPr="00236A1F">
              <w:rPr>
                <w:rFonts w:cs="Times New Roman"/>
                <w:sz w:val="24"/>
                <w:szCs w:val="24"/>
                <w:lang w:val="ru-RU"/>
              </w:rPr>
              <w:t>Приказ</w:t>
            </w:r>
            <w:r w:rsidR="00236A1F">
              <w:rPr>
                <w:rFonts w:cs="Times New Roman"/>
                <w:sz w:val="24"/>
                <w:szCs w:val="24"/>
                <w:lang w:val="ru-RU"/>
              </w:rPr>
              <w:t>а</w:t>
            </w:r>
            <w:r w:rsidR="00236A1F" w:rsidRPr="00236A1F">
              <w:rPr>
                <w:rFonts w:cs="Times New Roman"/>
                <w:sz w:val="24"/>
                <w:szCs w:val="24"/>
                <w:lang w:val="ru-RU"/>
              </w:rPr>
              <w:t xml:space="preserve"> Министра здравоохранения РК от 29 октября 2020 года № ҚР ДСМ-170/2020</w:t>
            </w:r>
            <w:r w:rsidR="00236A1F">
              <w:rPr>
                <w:rFonts w:cs="Times New Roman"/>
                <w:sz w:val="24"/>
                <w:szCs w:val="24"/>
                <w:lang w:val="ru-RU"/>
              </w:rPr>
              <w:t xml:space="preserve"> и </w:t>
            </w:r>
            <w:r w:rsidR="00236A1F" w:rsidRPr="00236A1F">
              <w:rPr>
                <w:rFonts w:cs="Times New Roman"/>
                <w:sz w:val="24"/>
                <w:szCs w:val="24"/>
                <w:lang w:val="ru-RU"/>
              </w:rPr>
              <w:t>Закон</w:t>
            </w:r>
            <w:r w:rsidR="00236A1F">
              <w:rPr>
                <w:rFonts w:cs="Times New Roman"/>
                <w:sz w:val="24"/>
                <w:szCs w:val="24"/>
                <w:lang w:val="ru-RU"/>
              </w:rPr>
              <w:t>а</w:t>
            </w:r>
            <w:r w:rsidR="00236A1F" w:rsidRPr="00236A1F">
              <w:rPr>
                <w:rFonts w:cs="Times New Roman"/>
                <w:sz w:val="24"/>
                <w:szCs w:val="24"/>
                <w:lang w:val="ru-RU"/>
              </w:rPr>
              <w:t xml:space="preserve"> РК «О защите прав потребителей» от 4 мая 2010 года № 274-IV</w:t>
            </w:r>
            <w:r w:rsidR="00236A1F">
              <w:rPr>
                <w:rFonts w:cs="Times New Roman"/>
                <w:sz w:val="24"/>
                <w:szCs w:val="24"/>
                <w:lang w:val="ru-RU"/>
              </w:rPr>
              <w:t>.</w:t>
            </w:r>
          </w:p>
          <w:p w:rsidR="00236A1F" w:rsidRDefault="00236A1F" w:rsidP="00236A1F">
            <w:pPr>
              <w:jc w:val="both"/>
              <w:rPr>
                <w:rFonts w:cs="Times New Roman"/>
                <w:sz w:val="24"/>
                <w:szCs w:val="24"/>
                <w:lang w:val="ru-RU"/>
              </w:rPr>
            </w:pPr>
          </w:p>
        </w:tc>
        <w:tc>
          <w:tcPr>
            <w:tcW w:w="5103" w:type="dxa"/>
          </w:tcPr>
          <w:p w:rsidR="00664AEA" w:rsidRDefault="001179C2" w:rsidP="001179C2">
            <w:pPr>
              <w:spacing w:before="100" w:beforeAutospacing="1" w:after="100" w:afterAutospacing="1"/>
              <w:jc w:val="both"/>
              <w:rPr>
                <w:rFonts w:cs="Times New Roman"/>
                <w:sz w:val="24"/>
                <w:szCs w:val="24"/>
                <w:lang w:val="ru-RU" w:eastAsia="ru-RU"/>
              </w:rPr>
            </w:pPr>
            <w:r w:rsidRPr="001179C2">
              <w:rPr>
                <w:rFonts w:cs="Times New Roman"/>
                <w:sz w:val="24"/>
                <w:szCs w:val="24"/>
                <w:lang w:val="ru-RU" w:eastAsia="ru-RU"/>
              </w:rPr>
              <w:t>3.2. Орындаушы ақылы Қызметтерді Қазақстан Республикасының Азаматтық кодексіне, 2020 жылғы 7 шілдедегі № 360-VI «Халық денсаулығы және денсаулық сақтау жүйесі туралы» Қазақстан Республикасы Кодексіне, Қазақстан Республикасы Денсаулық сақтау министрінің 2020 жылғы 29 қазандағы № ҚР ДСМ-170/2020 бұйрығына және 2010 жылғы 4 мамырдағы № 274-IV «Тұтынушылардың құқықтарын қорғау туралы» Қазақстан Республикасы Заңына сәйкес көрсетуге құқылы.</w:t>
            </w:r>
          </w:p>
        </w:tc>
      </w:tr>
      <w:tr w:rsidR="00847636" w:rsidRPr="00812E08" w:rsidTr="0020029F">
        <w:tc>
          <w:tcPr>
            <w:tcW w:w="5246" w:type="dxa"/>
          </w:tcPr>
          <w:p w:rsidR="00847636" w:rsidRDefault="00847636" w:rsidP="001B0423">
            <w:pPr>
              <w:spacing w:after="120"/>
              <w:jc w:val="both"/>
              <w:rPr>
                <w:rFonts w:cs="Times New Roman"/>
                <w:sz w:val="24"/>
                <w:szCs w:val="24"/>
                <w:lang w:val="ru-RU"/>
              </w:rPr>
            </w:pPr>
            <w:r>
              <w:rPr>
                <w:rFonts w:cs="Times New Roman"/>
                <w:sz w:val="24"/>
                <w:szCs w:val="24"/>
                <w:lang w:val="ru-RU"/>
              </w:rPr>
              <w:t xml:space="preserve">3.3. </w:t>
            </w:r>
            <w:r w:rsidRPr="00847636">
              <w:rPr>
                <w:rFonts w:cs="Times New Roman"/>
                <w:sz w:val="24"/>
                <w:szCs w:val="24"/>
                <w:lang w:val="ru-RU"/>
              </w:rPr>
              <w:t xml:space="preserve">Исполнитель оказывает </w:t>
            </w:r>
            <w:r>
              <w:rPr>
                <w:rFonts w:cs="Times New Roman"/>
                <w:sz w:val="24"/>
                <w:szCs w:val="24"/>
                <w:lang w:val="ru-RU"/>
              </w:rPr>
              <w:t>Услуги</w:t>
            </w:r>
            <w:r w:rsidRPr="00847636">
              <w:rPr>
                <w:rFonts w:cs="Times New Roman"/>
                <w:sz w:val="24"/>
                <w:szCs w:val="24"/>
                <w:lang w:val="ru-RU"/>
              </w:rPr>
              <w:t xml:space="preserve"> по настоящему Договору в соответствии с правилами внутреннего трудового распорядка, </w:t>
            </w:r>
            <w:r w:rsidRPr="00847636">
              <w:rPr>
                <w:rFonts w:cs="Times New Roman"/>
                <w:sz w:val="24"/>
                <w:szCs w:val="24"/>
                <w:lang w:val="ru-RU"/>
              </w:rPr>
              <w:lastRenderedPageBreak/>
              <w:t xml:space="preserve">по предварительной записи </w:t>
            </w:r>
            <w:r>
              <w:rPr>
                <w:rFonts w:cs="Times New Roman"/>
                <w:sz w:val="24"/>
                <w:szCs w:val="24"/>
                <w:lang w:val="ru-RU"/>
              </w:rPr>
              <w:t>по номер</w:t>
            </w:r>
            <w:r w:rsidR="001B0423">
              <w:rPr>
                <w:rFonts w:cs="Times New Roman"/>
                <w:sz w:val="24"/>
                <w:szCs w:val="24"/>
                <w:lang w:val="ru-RU"/>
              </w:rPr>
              <w:t>у</w:t>
            </w:r>
            <w:r>
              <w:rPr>
                <w:rFonts w:cs="Times New Roman"/>
                <w:sz w:val="24"/>
                <w:szCs w:val="24"/>
                <w:lang w:val="ru-RU"/>
              </w:rPr>
              <w:t xml:space="preserve"> </w:t>
            </w:r>
            <w:r w:rsidR="00A17B6E">
              <w:rPr>
                <w:rFonts w:cs="Times New Roman"/>
                <w:sz w:val="24"/>
                <w:szCs w:val="24"/>
                <w:lang w:val="ru-RU"/>
              </w:rPr>
              <w:t>телефон</w:t>
            </w:r>
            <w:r w:rsidR="001B0423">
              <w:rPr>
                <w:rFonts w:cs="Times New Roman"/>
                <w:sz w:val="24"/>
                <w:szCs w:val="24"/>
                <w:lang w:val="ru-RU"/>
              </w:rPr>
              <w:t>а</w:t>
            </w:r>
            <w:r w:rsidR="00A17B6E">
              <w:rPr>
                <w:rFonts w:cs="Times New Roman"/>
                <w:sz w:val="24"/>
                <w:szCs w:val="24"/>
                <w:lang w:val="ru-RU"/>
              </w:rPr>
              <w:t xml:space="preserve"> клиник</w:t>
            </w:r>
            <w:r w:rsidR="001B0423">
              <w:rPr>
                <w:rFonts w:cs="Times New Roman"/>
                <w:sz w:val="24"/>
                <w:szCs w:val="24"/>
                <w:lang w:val="ru-RU"/>
              </w:rPr>
              <w:t>и</w:t>
            </w:r>
            <w:r w:rsidR="00A17B6E" w:rsidRPr="00A17B6E">
              <w:rPr>
                <w:rFonts w:cs="Times New Roman"/>
                <w:sz w:val="24"/>
                <w:szCs w:val="24"/>
                <w:lang w:val="ru-RU"/>
              </w:rPr>
              <w:t xml:space="preserve"> </w:t>
            </w:r>
            <w:r w:rsidR="00A17B6E">
              <w:rPr>
                <w:rFonts w:cs="Times New Roman"/>
                <w:sz w:val="24"/>
                <w:szCs w:val="24"/>
                <w:lang w:val="ru-RU"/>
              </w:rPr>
              <w:t>Исполнителя</w:t>
            </w:r>
            <w:r w:rsidRPr="00847636">
              <w:rPr>
                <w:rFonts w:cs="Times New Roman"/>
                <w:sz w:val="24"/>
                <w:szCs w:val="24"/>
                <w:lang w:val="ru-RU"/>
              </w:rPr>
              <w:t>:</w:t>
            </w:r>
            <w:r>
              <w:rPr>
                <w:rFonts w:cs="Times New Roman"/>
                <w:sz w:val="24"/>
                <w:szCs w:val="24"/>
                <w:lang w:val="ru-RU"/>
              </w:rPr>
              <w:t xml:space="preserve"> </w:t>
            </w:r>
            <w:r w:rsidR="00D01FCA" w:rsidRPr="00D01FCA">
              <w:rPr>
                <w:rFonts w:cs="Times New Roman"/>
                <w:sz w:val="24"/>
                <w:szCs w:val="24"/>
                <w:lang w:val="ru-RU"/>
              </w:rPr>
              <w:t>+7 70</w:t>
            </w:r>
            <w:r w:rsidR="001B0423">
              <w:rPr>
                <w:rFonts w:cs="Times New Roman"/>
                <w:sz w:val="24"/>
                <w:szCs w:val="24"/>
                <w:lang w:val="ru-RU"/>
              </w:rPr>
              <w:t>2</w:t>
            </w:r>
            <w:r w:rsidR="00D01FCA" w:rsidRPr="00D01FCA">
              <w:rPr>
                <w:rFonts w:cs="Times New Roman"/>
                <w:sz w:val="24"/>
                <w:szCs w:val="24"/>
                <w:lang w:val="ru-RU"/>
              </w:rPr>
              <w:t xml:space="preserve"> </w:t>
            </w:r>
            <w:r w:rsidR="001B0423">
              <w:rPr>
                <w:rFonts w:cs="Times New Roman"/>
                <w:sz w:val="24"/>
                <w:szCs w:val="24"/>
                <w:lang w:val="ru-RU"/>
              </w:rPr>
              <w:t xml:space="preserve">308 05 50. </w:t>
            </w:r>
            <w:r w:rsidRPr="00847636">
              <w:rPr>
                <w:rFonts w:cs="Times New Roman"/>
                <w:sz w:val="24"/>
                <w:szCs w:val="24"/>
                <w:lang w:val="ru-RU"/>
              </w:rPr>
              <w:t xml:space="preserve">В случае отсутствия предварительной записи, Исполнитель оставляет за собой право не оказывать </w:t>
            </w:r>
            <w:r>
              <w:rPr>
                <w:rFonts w:cs="Times New Roman"/>
                <w:sz w:val="24"/>
                <w:szCs w:val="24"/>
                <w:lang w:val="ru-RU"/>
              </w:rPr>
              <w:t>Услуги</w:t>
            </w:r>
            <w:r w:rsidRPr="00847636">
              <w:rPr>
                <w:rFonts w:cs="Times New Roman"/>
                <w:sz w:val="24"/>
                <w:szCs w:val="24"/>
                <w:lang w:val="ru-RU"/>
              </w:rPr>
              <w:t xml:space="preserve"> </w:t>
            </w:r>
            <w:r>
              <w:rPr>
                <w:rFonts w:cs="Times New Roman"/>
                <w:sz w:val="24"/>
                <w:szCs w:val="24"/>
                <w:lang w:val="ru-RU"/>
              </w:rPr>
              <w:t>лицу обратившемуся за медицинской помощью</w:t>
            </w:r>
            <w:r w:rsidRPr="00847636">
              <w:rPr>
                <w:rFonts w:cs="Times New Roman"/>
                <w:sz w:val="24"/>
                <w:szCs w:val="24"/>
                <w:lang w:val="ru-RU"/>
              </w:rPr>
              <w:t>.</w:t>
            </w:r>
          </w:p>
        </w:tc>
        <w:tc>
          <w:tcPr>
            <w:tcW w:w="5103" w:type="dxa"/>
          </w:tcPr>
          <w:p w:rsidR="00847636" w:rsidRDefault="001179C2" w:rsidP="001B0423">
            <w:pPr>
              <w:spacing w:before="100" w:beforeAutospacing="1" w:after="100" w:afterAutospacing="1"/>
              <w:jc w:val="both"/>
              <w:rPr>
                <w:rFonts w:cs="Times New Roman"/>
                <w:sz w:val="24"/>
                <w:szCs w:val="24"/>
                <w:lang w:val="ru-RU" w:eastAsia="ru-RU"/>
              </w:rPr>
            </w:pPr>
            <w:r w:rsidRPr="001179C2">
              <w:rPr>
                <w:rFonts w:cs="Times New Roman"/>
                <w:sz w:val="24"/>
                <w:szCs w:val="24"/>
                <w:lang w:val="ru-RU" w:eastAsia="ru-RU"/>
              </w:rPr>
              <w:lastRenderedPageBreak/>
              <w:t xml:space="preserve">3.3. </w:t>
            </w:r>
            <w:r w:rsidR="001B0423" w:rsidRPr="001B0423">
              <w:rPr>
                <w:rFonts w:cs="Times New Roman"/>
                <w:sz w:val="24"/>
                <w:szCs w:val="24"/>
                <w:lang w:val="ru-RU" w:eastAsia="ru-RU"/>
              </w:rPr>
              <w:t xml:space="preserve">Орындаушы осы Шарт бойынша Қызметтерді ішкі еңбек тәртібінің қағидаларына сәйкес Орындаушы </w:t>
            </w:r>
            <w:r w:rsidR="001B0423" w:rsidRPr="001B0423">
              <w:rPr>
                <w:rFonts w:cs="Times New Roman"/>
                <w:sz w:val="24"/>
                <w:szCs w:val="24"/>
                <w:lang w:val="ru-RU" w:eastAsia="ru-RU"/>
              </w:rPr>
              <w:lastRenderedPageBreak/>
              <w:t>клиникасының телефон нөмірі бойынша алдын ала жазылу бойынша көрсетеді: +7 702 308 05 50. Алдын ала жазылу болмаған жағдайда, Орындаушы медициналық көмекке жүгінген адамға Қызмет көрсетпеу құқығын өзіне қалдырады</w:t>
            </w:r>
            <w:r w:rsidRPr="001179C2">
              <w:rPr>
                <w:rFonts w:cs="Times New Roman"/>
                <w:sz w:val="24"/>
                <w:szCs w:val="24"/>
                <w:lang w:val="ru-RU" w:eastAsia="ru-RU"/>
              </w:rPr>
              <w:t>.</w:t>
            </w:r>
          </w:p>
        </w:tc>
      </w:tr>
      <w:tr w:rsidR="00847636" w:rsidRPr="00812E08" w:rsidTr="0020029F">
        <w:tc>
          <w:tcPr>
            <w:tcW w:w="5246" w:type="dxa"/>
          </w:tcPr>
          <w:p w:rsidR="00847636" w:rsidRDefault="00847636" w:rsidP="00D01FCA">
            <w:pPr>
              <w:spacing w:after="120"/>
              <w:jc w:val="both"/>
              <w:rPr>
                <w:rFonts w:cs="Times New Roman"/>
                <w:sz w:val="24"/>
                <w:szCs w:val="24"/>
                <w:lang w:val="ru-RU"/>
              </w:rPr>
            </w:pPr>
            <w:r>
              <w:rPr>
                <w:rFonts w:cs="Times New Roman"/>
                <w:sz w:val="24"/>
                <w:szCs w:val="24"/>
                <w:lang w:val="ru-RU"/>
              </w:rPr>
              <w:lastRenderedPageBreak/>
              <w:t xml:space="preserve">3.4. Услуги оказываются в </w:t>
            </w:r>
            <w:r w:rsidR="00D01FCA">
              <w:rPr>
                <w:rFonts w:cs="Times New Roman"/>
                <w:sz w:val="24"/>
                <w:szCs w:val="24"/>
                <w:lang w:val="ru-RU"/>
              </w:rPr>
              <w:t>клиник</w:t>
            </w:r>
            <w:r w:rsidR="001B0423">
              <w:rPr>
                <w:rFonts w:cs="Times New Roman"/>
                <w:sz w:val="24"/>
                <w:szCs w:val="24"/>
                <w:lang w:val="ru-RU"/>
              </w:rPr>
              <w:t>е</w:t>
            </w:r>
            <w:r w:rsidR="00FE76B8">
              <w:rPr>
                <w:rFonts w:cs="Times New Roman"/>
                <w:sz w:val="24"/>
                <w:szCs w:val="24"/>
                <w:lang w:val="ru-RU"/>
              </w:rPr>
              <w:t xml:space="preserve"> Исполнителя </w:t>
            </w:r>
            <w:r w:rsidR="00D01FCA">
              <w:rPr>
                <w:rFonts w:cs="Times New Roman"/>
                <w:sz w:val="24"/>
                <w:szCs w:val="24"/>
                <w:lang w:val="ru-RU"/>
              </w:rPr>
              <w:t>по адрес</w:t>
            </w:r>
            <w:r w:rsidR="001B0423">
              <w:rPr>
                <w:rFonts w:cs="Times New Roman"/>
                <w:sz w:val="24"/>
                <w:szCs w:val="24"/>
                <w:lang w:val="ru-RU"/>
              </w:rPr>
              <w:t>у</w:t>
            </w:r>
            <w:r w:rsidR="00FE76B8">
              <w:rPr>
                <w:rFonts w:cs="Times New Roman"/>
                <w:sz w:val="24"/>
                <w:szCs w:val="24"/>
                <w:lang w:val="ru-RU"/>
              </w:rPr>
              <w:t xml:space="preserve">: </w:t>
            </w:r>
          </w:p>
          <w:p w:rsidR="00D01FCA" w:rsidRDefault="00D01FCA" w:rsidP="00D01FCA">
            <w:pPr>
              <w:spacing w:after="120"/>
              <w:jc w:val="both"/>
              <w:rPr>
                <w:rFonts w:cs="Times New Roman"/>
                <w:sz w:val="24"/>
                <w:szCs w:val="24"/>
                <w:lang w:val="ru-RU"/>
              </w:rPr>
            </w:pPr>
            <w:r>
              <w:rPr>
                <w:rFonts w:cs="Times New Roman"/>
                <w:sz w:val="24"/>
                <w:szCs w:val="24"/>
                <w:lang w:val="ru-RU"/>
              </w:rPr>
              <w:t xml:space="preserve">- г. </w:t>
            </w:r>
            <w:r w:rsidR="001B0423">
              <w:rPr>
                <w:rFonts w:cs="Times New Roman"/>
                <w:sz w:val="24"/>
                <w:szCs w:val="24"/>
                <w:lang w:val="ru-RU"/>
              </w:rPr>
              <w:t>Караганда</w:t>
            </w:r>
            <w:r>
              <w:rPr>
                <w:rFonts w:cs="Times New Roman"/>
                <w:sz w:val="24"/>
                <w:szCs w:val="24"/>
                <w:lang w:val="ru-RU"/>
              </w:rPr>
              <w:t xml:space="preserve">, </w:t>
            </w:r>
            <w:r w:rsidR="001B0423">
              <w:rPr>
                <w:rFonts w:cs="Times New Roman"/>
                <w:sz w:val="24"/>
                <w:szCs w:val="24"/>
                <w:lang w:val="ru-RU"/>
              </w:rPr>
              <w:t>улица Комисарова, строение 10/1.</w:t>
            </w:r>
          </w:p>
          <w:p w:rsidR="00D01FCA" w:rsidRPr="00FE76B8" w:rsidRDefault="00D01FCA" w:rsidP="00D01FCA">
            <w:pPr>
              <w:spacing w:after="120"/>
              <w:jc w:val="both"/>
              <w:rPr>
                <w:rFonts w:cs="Times New Roman"/>
                <w:sz w:val="24"/>
                <w:szCs w:val="24"/>
                <w:lang w:val="ru-RU"/>
              </w:rPr>
            </w:pPr>
          </w:p>
        </w:tc>
        <w:tc>
          <w:tcPr>
            <w:tcW w:w="5103" w:type="dxa"/>
          </w:tcPr>
          <w:p w:rsidR="001B0423" w:rsidRPr="001B0423" w:rsidRDefault="001179C2" w:rsidP="001B0423">
            <w:pPr>
              <w:tabs>
                <w:tab w:val="num" w:pos="720"/>
              </w:tabs>
              <w:jc w:val="both"/>
              <w:rPr>
                <w:rFonts w:cs="Times New Roman"/>
                <w:sz w:val="24"/>
                <w:szCs w:val="24"/>
                <w:lang w:val="ru-RU" w:eastAsia="ru-RU"/>
              </w:rPr>
            </w:pPr>
            <w:r w:rsidRPr="001179C2">
              <w:rPr>
                <w:rFonts w:cs="Times New Roman"/>
                <w:sz w:val="24"/>
                <w:szCs w:val="24"/>
                <w:lang w:val="ru-RU" w:eastAsia="ru-RU"/>
              </w:rPr>
              <w:t xml:space="preserve">3.4. </w:t>
            </w:r>
            <w:r w:rsidR="001B0423" w:rsidRPr="001B0423">
              <w:rPr>
                <w:rFonts w:cs="Times New Roman"/>
                <w:sz w:val="24"/>
                <w:szCs w:val="24"/>
                <w:lang w:val="ru-RU" w:eastAsia="ru-RU"/>
              </w:rPr>
              <w:t>Қызметтер Орындаушының клиникасында мына мекенжай бойынша көрсетіледі:</w:t>
            </w:r>
          </w:p>
          <w:p w:rsidR="001179C2" w:rsidRDefault="001B0423" w:rsidP="001B0423">
            <w:pPr>
              <w:tabs>
                <w:tab w:val="num" w:pos="720"/>
              </w:tabs>
              <w:jc w:val="both"/>
              <w:rPr>
                <w:rFonts w:cs="Times New Roman"/>
                <w:sz w:val="24"/>
                <w:szCs w:val="24"/>
                <w:lang w:val="ru-RU" w:eastAsia="ru-RU"/>
              </w:rPr>
            </w:pPr>
            <w:r w:rsidRPr="001B0423">
              <w:rPr>
                <w:rFonts w:cs="Times New Roman"/>
                <w:sz w:val="24"/>
                <w:szCs w:val="24"/>
                <w:lang w:val="ru-RU" w:eastAsia="ru-RU"/>
              </w:rPr>
              <w:t>- Қарағанды қаласы,</w:t>
            </w:r>
            <w:r>
              <w:rPr>
                <w:rFonts w:cs="Times New Roman"/>
                <w:sz w:val="24"/>
                <w:szCs w:val="24"/>
                <w:lang w:val="ru-RU" w:eastAsia="ru-RU"/>
              </w:rPr>
              <w:t xml:space="preserve"> Комисаров көшесі, 10/1 құрылыс.</w:t>
            </w:r>
          </w:p>
          <w:p w:rsidR="00847636" w:rsidRPr="001179C2" w:rsidRDefault="00847636" w:rsidP="001179C2">
            <w:pPr>
              <w:tabs>
                <w:tab w:val="num" w:pos="720"/>
              </w:tabs>
              <w:rPr>
                <w:rFonts w:cs="Times New Roman"/>
                <w:sz w:val="24"/>
                <w:szCs w:val="24"/>
                <w:lang w:val="kk-KZ" w:eastAsia="ru-RU"/>
              </w:rPr>
            </w:pPr>
          </w:p>
        </w:tc>
      </w:tr>
      <w:tr w:rsidR="00983386" w:rsidRPr="00812E08" w:rsidTr="0020029F">
        <w:tc>
          <w:tcPr>
            <w:tcW w:w="5246" w:type="dxa"/>
          </w:tcPr>
          <w:p w:rsidR="00983386" w:rsidRDefault="00983386" w:rsidP="00983386">
            <w:pPr>
              <w:spacing w:after="120"/>
              <w:jc w:val="both"/>
              <w:rPr>
                <w:rFonts w:cs="Times New Roman"/>
                <w:sz w:val="24"/>
                <w:szCs w:val="24"/>
                <w:lang w:val="ru-RU"/>
              </w:rPr>
            </w:pPr>
            <w:r>
              <w:rPr>
                <w:rFonts w:cs="Times New Roman"/>
                <w:sz w:val="24"/>
                <w:szCs w:val="24"/>
                <w:lang w:val="ru-RU"/>
              </w:rPr>
              <w:t xml:space="preserve">3.5. Услуги оказываются медицинскими работниками (врачами, и др. медицинскими специалистами) Исполнителя, </w:t>
            </w:r>
            <w:r w:rsidRPr="00983386">
              <w:rPr>
                <w:rFonts w:cs="Times New Roman"/>
                <w:sz w:val="24"/>
                <w:szCs w:val="24"/>
                <w:lang w:val="ru-RU"/>
              </w:rPr>
              <w:t xml:space="preserve">сведения о </w:t>
            </w:r>
            <w:r>
              <w:rPr>
                <w:rFonts w:cs="Times New Roman"/>
                <w:sz w:val="24"/>
                <w:szCs w:val="24"/>
                <w:lang w:val="ru-RU"/>
              </w:rPr>
              <w:t xml:space="preserve">которых, а также </w:t>
            </w:r>
            <w:r w:rsidRPr="00983386">
              <w:rPr>
                <w:rFonts w:cs="Times New Roman"/>
                <w:sz w:val="24"/>
                <w:szCs w:val="24"/>
                <w:lang w:val="ru-RU"/>
              </w:rPr>
              <w:t>об уровне их профессионального образования и квалификации</w:t>
            </w:r>
            <w:r>
              <w:rPr>
                <w:rFonts w:cs="Times New Roman"/>
                <w:sz w:val="24"/>
                <w:szCs w:val="24"/>
                <w:lang w:val="ru-RU"/>
              </w:rPr>
              <w:t xml:space="preserve"> имеются </w:t>
            </w:r>
            <w:r w:rsidRPr="00983386">
              <w:rPr>
                <w:rFonts w:cs="Times New Roman"/>
                <w:sz w:val="24"/>
                <w:szCs w:val="24"/>
                <w:lang w:val="ru-RU"/>
              </w:rPr>
              <w:t xml:space="preserve">в сети Интернет по адресу веб-сайта Исполнителя: </w:t>
            </w:r>
            <w:r w:rsidR="00D01FCA" w:rsidRPr="00D01FCA">
              <w:rPr>
                <w:rFonts w:cs="Times New Roman"/>
                <w:sz w:val="24"/>
                <w:szCs w:val="24"/>
                <w:lang w:val="ru-RU"/>
              </w:rPr>
              <w:t>: https://lor-clinic.kz</w:t>
            </w:r>
            <w:r w:rsidRPr="00983386">
              <w:rPr>
                <w:rFonts w:cs="Times New Roman"/>
                <w:sz w:val="24"/>
                <w:szCs w:val="24"/>
                <w:lang w:val="ru-RU"/>
              </w:rPr>
              <w:t>, а также раз</w:t>
            </w:r>
            <w:r>
              <w:rPr>
                <w:rFonts w:cs="Times New Roman"/>
                <w:sz w:val="24"/>
                <w:szCs w:val="24"/>
                <w:lang w:val="ru-RU"/>
              </w:rPr>
              <w:t>мещены</w:t>
            </w:r>
            <w:r w:rsidRPr="00983386">
              <w:rPr>
                <w:rFonts w:cs="Times New Roman"/>
                <w:sz w:val="24"/>
                <w:szCs w:val="24"/>
                <w:lang w:val="ru-RU"/>
              </w:rPr>
              <w:t xml:space="preserve"> на</w:t>
            </w:r>
            <w:r w:rsidR="00D01FCA">
              <w:rPr>
                <w:rFonts w:cs="Times New Roman"/>
                <w:sz w:val="24"/>
                <w:szCs w:val="24"/>
                <w:lang w:val="ru-RU"/>
              </w:rPr>
              <w:t xml:space="preserve"> информационном стенде в клиниках</w:t>
            </w:r>
            <w:r w:rsidRPr="00983386">
              <w:rPr>
                <w:rFonts w:cs="Times New Roman"/>
                <w:sz w:val="24"/>
                <w:szCs w:val="24"/>
                <w:lang w:val="ru-RU"/>
              </w:rPr>
              <w:t xml:space="preserve"> Исполнителя</w:t>
            </w:r>
            <w:r>
              <w:rPr>
                <w:rFonts w:cs="Times New Roman"/>
                <w:sz w:val="24"/>
                <w:szCs w:val="24"/>
                <w:lang w:val="ru-RU"/>
              </w:rPr>
              <w:t>.</w:t>
            </w:r>
          </w:p>
        </w:tc>
        <w:tc>
          <w:tcPr>
            <w:tcW w:w="5103" w:type="dxa"/>
          </w:tcPr>
          <w:p w:rsidR="00983386" w:rsidRDefault="001179C2" w:rsidP="001179C2">
            <w:pPr>
              <w:spacing w:before="100" w:beforeAutospacing="1" w:after="100" w:afterAutospacing="1"/>
              <w:jc w:val="both"/>
              <w:rPr>
                <w:rFonts w:cs="Times New Roman"/>
                <w:sz w:val="24"/>
                <w:szCs w:val="24"/>
                <w:lang w:val="ru-RU" w:eastAsia="ru-RU"/>
              </w:rPr>
            </w:pPr>
            <w:r w:rsidRPr="001179C2">
              <w:rPr>
                <w:rFonts w:cs="Times New Roman"/>
                <w:sz w:val="24"/>
                <w:szCs w:val="24"/>
                <w:lang w:val="ru-RU" w:eastAsia="ru-RU"/>
              </w:rPr>
              <w:t>3.5. Қызметтерді Орындаушының медициналық қызметкерлері (дәрігерлер және басқа да медициналық мамандар) көрсетеді. Бұл қызметкерлер туралы мәліметтер, олардың кәсіби білімі мен біліктілігі туралы ақпарат Орындаушының https://lor-clinic.kz веб-сайтында және Орындаушының клиникаларындағы ақпараттық стендте орналастырылған.</w:t>
            </w:r>
          </w:p>
        </w:tc>
      </w:tr>
      <w:tr w:rsidR="001179C2" w:rsidRPr="00812E08" w:rsidTr="0020029F">
        <w:tc>
          <w:tcPr>
            <w:tcW w:w="5246" w:type="dxa"/>
          </w:tcPr>
          <w:p w:rsidR="001179C2" w:rsidRPr="005A33EA" w:rsidRDefault="001179C2" w:rsidP="001179C2">
            <w:pPr>
              <w:rPr>
                <w:rFonts w:cs="Times New Roman"/>
                <w:b/>
                <w:sz w:val="24"/>
                <w:szCs w:val="24"/>
                <w:lang w:val="ru-RU"/>
              </w:rPr>
            </w:pPr>
            <w:r w:rsidRPr="005A33EA">
              <w:rPr>
                <w:rFonts w:cs="Times New Roman"/>
                <w:b/>
                <w:sz w:val="24"/>
                <w:szCs w:val="24"/>
                <w:lang w:val="ru-RU"/>
              </w:rPr>
              <w:t>4. СТОИМОСТЬ УСЛУГ И ПОРЯДОК ИХ ОПЛАТЫ</w:t>
            </w:r>
          </w:p>
        </w:tc>
        <w:tc>
          <w:tcPr>
            <w:tcW w:w="5103" w:type="dxa"/>
          </w:tcPr>
          <w:p w:rsidR="001179C2" w:rsidRPr="001179C2" w:rsidRDefault="001179C2" w:rsidP="001179C2">
            <w:pPr>
              <w:pStyle w:val="aa"/>
              <w:pBdr>
                <w:bottom w:val="none" w:sz="0" w:space="0" w:color="auto"/>
              </w:pBdr>
              <w:rPr>
                <w:rFonts w:ascii="Times New Roman" w:hAnsi="Times New Roman" w:cs="Times New Roman"/>
                <w:b/>
                <w:sz w:val="24"/>
                <w:szCs w:val="24"/>
                <w:lang w:val="ru-RU"/>
              </w:rPr>
            </w:pPr>
            <w:r w:rsidRPr="001179C2">
              <w:rPr>
                <w:rFonts w:ascii="Times New Roman" w:hAnsi="Times New Roman" w:cs="Times New Roman"/>
                <w:b/>
                <w:color w:val="000000" w:themeColor="text1"/>
                <w:sz w:val="24"/>
                <w:szCs w:val="24"/>
                <w:lang w:val="ru-RU"/>
              </w:rPr>
              <w:t>4. ҚЫЗМЕТТЕР ҚҰНЫ ЖӘНЕ АҚЫ ТӨЛЕУ ТӘРТІБІ</w:t>
            </w:r>
          </w:p>
        </w:tc>
      </w:tr>
      <w:tr w:rsidR="001179C2" w:rsidRPr="00812E08" w:rsidTr="0020029F">
        <w:tc>
          <w:tcPr>
            <w:tcW w:w="5246" w:type="dxa"/>
          </w:tcPr>
          <w:p w:rsidR="001179C2" w:rsidRDefault="001179C2" w:rsidP="001179C2">
            <w:pPr>
              <w:jc w:val="both"/>
              <w:rPr>
                <w:rFonts w:cs="Times New Roman"/>
                <w:sz w:val="24"/>
                <w:szCs w:val="24"/>
                <w:lang w:val="ru-RU"/>
              </w:rPr>
            </w:pPr>
            <w:r>
              <w:rPr>
                <w:rFonts w:cs="Times New Roman"/>
                <w:sz w:val="24"/>
                <w:szCs w:val="24"/>
                <w:lang w:val="ru-RU"/>
              </w:rPr>
              <w:t xml:space="preserve">4.1. </w:t>
            </w:r>
            <w:r w:rsidRPr="00552C95">
              <w:rPr>
                <w:rFonts w:cs="Times New Roman"/>
                <w:sz w:val="24"/>
                <w:szCs w:val="24"/>
                <w:lang w:val="ru-RU"/>
              </w:rPr>
              <w:t>Перечень и стоимость</w:t>
            </w:r>
            <w:r>
              <w:rPr>
                <w:rFonts w:cs="Times New Roman"/>
                <w:sz w:val="24"/>
                <w:szCs w:val="24"/>
                <w:lang w:val="ru-RU"/>
              </w:rPr>
              <w:t xml:space="preserve"> всех У</w:t>
            </w:r>
            <w:r w:rsidRPr="00552C95">
              <w:rPr>
                <w:rFonts w:cs="Times New Roman"/>
                <w:sz w:val="24"/>
                <w:szCs w:val="24"/>
                <w:lang w:val="ru-RU"/>
              </w:rPr>
              <w:t>слуг</w:t>
            </w:r>
            <w:r>
              <w:rPr>
                <w:rFonts w:cs="Times New Roman"/>
                <w:sz w:val="24"/>
                <w:szCs w:val="24"/>
                <w:lang w:val="ru-RU"/>
              </w:rPr>
              <w:t xml:space="preserve"> Исполнителя приведены в Прейскуранте,</w:t>
            </w:r>
            <w:r w:rsidRPr="00552C95">
              <w:rPr>
                <w:rFonts w:cs="Times New Roman"/>
                <w:sz w:val="24"/>
                <w:szCs w:val="24"/>
                <w:lang w:val="ru-RU"/>
              </w:rPr>
              <w:t xml:space="preserve"> </w:t>
            </w:r>
            <w:r>
              <w:rPr>
                <w:rFonts w:cs="Times New Roman"/>
                <w:sz w:val="24"/>
                <w:szCs w:val="24"/>
                <w:lang w:val="ru-RU"/>
              </w:rPr>
              <w:t xml:space="preserve">размещенном на стойке регистрации и на </w:t>
            </w:r>
            <w:r w:rsidRPr="005A33EA">
              <w:rPr>
                <w:rFonts w:cs="Times New Roman"/>
                <w:sz w:val="24"/>
                <w:szCs w:val="24"/>
                <w:lang w:val="ru-RU"/>
              </w:rPr>
              <w:t>веб-сайт</w:t>
            </w:r>
            <w:r>
              <w:rPr>
                <w:rFonts w:cs="Times New Roman"/>
                <w:sz w:val="24"/>
                <w:szCs w:val="24"/>
                <w:lang w:val="ru-RU"/>
              </w:rPr>
              <w:t>е</w:t>
            </w:r>
            <w:r w:rsidRPr="005A33EA">
              <w:rPr>
                <w:rFonts w:cs="Times New Roman"/>
                <w:sz w:val="24"/>
                <w:szCs w:val="24"/>
                <w:lang w:val="ru-RU"/>
              </w:rPr>
              <w:t xml:space="preserve"> Исполнителя: </w:t>
            </w:r>
            <w:r w:rsidR="001B0423" w:rsidRPr="0084249F">
              <w:rPr>
                <w:rFonts w:cs="Times New Roman"/>
                <w:sz w:val="24"/>
                <w:szCs w:val="24"/>
                <w:lang w:val="ru-RU"/>
              </w:rPr>
              <w:t>https://</w:t>
            </w:r>
            <w:r w:rsidR="001B0423">
              <w:rPr>
                <w:rFonts w:cs="Times New Roman"/>
                <w:sz w:val="24"/>
                <w:szCs w:val="24"/>
              </w:rPr>
              <w:t>www</w:t>
            </w:r>
            <w:r w:rsidR="001B0423" w:rsidRPr="00DD7B02">
              <w:rPr>
                <w:rFonts w:cs="Times New Roman"/>
                <w:sz w:val="24"/>
                <w:szCs w:val="24"/>
                <w:lang w:val="ru-RU"/>
              </w:rPr>
              <w:t>.</w:t>
            </w:r>
            <w:r w:rsidR="001B0423">
              <w:rPr>
                <w:rFonts w:cs="Times New Roman"/>
                <w:sz w:val="24"/>
                <w:szCs w:val="24"/>
              </w:rPr>
              <w:t>dentokstom</w:t>
            </w:r>
            <w:r w:rsidR="001B0423" w:rsidRPr="00DD7B02">
              <w:rPr>
                <w:rFonts w:cs="Times New Roman"/>
                <w:sz w:val="24"/>
                <w:szCs w:val="24"/>
                <w:lang w:val="ru-RU"/>
              </w:rPr>
              <w:t>.</w:t>
            </w:r>
            <w:r w:rsidR="001B0423">
              <w:rPr>
                <w:rFonts w:cs="Times New Roman"/>
                <w:sz w:val="24"/>
                <w:szCs w:val="24"/>
              </w:rPr>
              <w:t>com</w:t>
            </w:r>
            <w:r>
              <w:rPr>
                <w:rFonts w:cs="Times New Roman"/>
                <w:sz w:val="24"/>
                <w:szCs w:val="24"/>
                <w:lang w:val="ru-RU"/>
              </w:rPr>
              <w:t>. Осуществляя любое из действий, перечисленных в пункте 2.2. настоящей Публичной оферты (Акцепт), Пациент признает, что ознакомлен и соглашается с Пр</w:t>
            </w:r>
            <w:r w:rsidR="001B0423">
              <w:rPr>
                <w:rFonts w:cs="Times New Roman"/>
                <w:sz w:val="24"/>
                <w:szCs w:val="24"/>
                <w:lang w:val="ru-RU"/>
              </w:rPr>
              <w:t>айслис</w:t>
            </w:r>
            <w:r>
              <w:rPr>
                <w:rFonts w:cs="Times New Roman"/>
                <w:sz w:val="24"/>
                <w:szCs w:val="24"/>
                <w:lang w:val="ru-RU"/>
              </w:rPr>
              <w:t xml:space="preserve">том. </w:t>
            </w:r>
          </w:p>
          <w:p w:rsidR="001179C2" w:rsidRDefault="001179C2" w:rsidP="001179C2">
            <w:pPr>
              <w:jc w:val="both"/>
              <w:rPr>
                <w:rFonts w:cs="Times New Roman"/>
                <w:sz w:val="24"/>
                <w:szCs w:val="24"/>
                <w:lang w:val="ru-RU"/>
              </w:rPr>
            </w:pPr>
          </w:p>
        </w:tc>
        <w:tc>
          <w:tcPr>
            <w:tcW w:w="5103" w:type="dxa"/>
          </w:tcPr>
          <w:p w:rsidR="001179C2" w:rsidRPr="001179C2" w:rsidRDefault="001179C2" w:rsidP="001B0423">
            <w:pPr>
              <w:pStyle w:val="aa"/>
              <w:pBdr>
                <w:bottom w:val="none" w:sz="0" w:space="0" w:color="auto"/>
              </w:pBdr>
              <w:jc w:val="both"/>
              <w:rPr>
                <w:rFonts w:ascii="Times New Roman" w:hAnsi="Times New Roman" w:cs="Times New Roman"/>
                <w:color w:val="000000" w:themeColor="text1"/>
                <w:sz w:val="24"/>
                <w:szCs w:val="24"/>
                <w:lang w:val="ru-RU"/>
              </w:rPr>
            </w:pPr>
            <w:r w:rsidRPr="001179C2">
              <w:rPr>
                <w:rFonts w:ascii="Times New Roman" w:hAnsi="Times New Roman" w:cs="Times New Roman"/>
                <w:bCs/>
                <w:color w:val="000000" w:themeColor="text1"/>
                <w:sz w:val="24"/>
                <w:szCs w:val="24"/>
                <w:lang w:val="ru-RU"/>
              </w:rPr>
              <w:t>4.1.</w:t>
            </w:r>
            <w:r w:rsidRPr="001179C2">
              <w:rPr>
                <w:rFonts w:ascii="Times New Roman" w:hAnsi="Times New Roman" w:cs="Times New Roman"/>
                <w:color w:val="000000" w:themeColor="text1"/>
                <w:sz w:val="24"/>
                <w:szCs w:val="24"/>
                <w:lang w:val="ru-RU"/>
              </w:rPr>
              <w:t xml:space="preserve"> Орындаушының барлық Қызметтерінің тізімі мен құны Прейскурантта көрсетілген, ол тіркеу бөлімінде және Орындаушының </w:t>
            </w:r>
            <w:r w:rsidR="001B0423" w:rsidRPr="001B0423">
              <w:rPr>
                <w:rFonts w:ascii="Times New Roman" w:hAnsi="Times New Roman" w:cs="Times New Roman"/>
                <w:sz w:val="24"/>
                <w:szCs w:val="24"/>
                <w:lang w:val="ru-RU"/>
              </w:rPr>
              <w:t>https://</w:t>
            </w:r>
            <w:r w:rsidR="001B0423" w:rsidRPr="001B0423">
              <w:rPr>
                <w:rFonts w:ascii="Times New Roman" w:hAnsi="Times New Roman" w:cs="Times New Roman"/>
                <w:sz w:val="24"/>
                <w:szCs w:val="24"/>
              </w:rPr>
              <w:t>www</w:t>
            </w:r>
            <w:r w:rsidR="001B0423" w:rsidRPr="001B0423">
              <w:rPr>
                <w:rFonts w:ascii="Times New Roman" w:hAnsi="Times New Roman" w:cs="Times New Roman"/>
                <w:sz w:val="24"/>
                <w:szCs w:val="24"/>
                <w:lang w:val="ru-RU"/>
              </w:rPr>
              <w:t>.</w:t>
            </w:r>
            <w:r w:rsidR="001B0423" w:rsidRPr="001B0423">
              <w:rPr>
                <w:rFonts w:ascii="Times New Roman" w:hAnsi="Times New Roman" w:cs="Times New Roman"/>
                <w:sz w:val="24"/>
                <w:szCs w:val="24"/>
              </w:rPr>
              <w:t>dentokstom</w:t>
            </w:r>
            <w:r w:rsidR="001B0423" w:rsidRPr="001B0423">
              <w:rPr>
                <w:rFonts w:ascii="Times New Roman" w:hAnsi="Times New Roman" w:cs="Times New Roman"/>
                <w:sz w:val="24"/>
                <w:szCs w:val="24"/>
                <w:lang w:val="ru-RU"/>
              </w:rPr>
              <w:t>.</w:t>
            </w:r>
            <w:r w:rsidR="001B0423" w:rsidRPr="001B0423">
              <w:rPr>
                <w:rFonts w:ascii="Times New Roman" w:hAnsi="Times New Roman" w:cs="Times New Roman"/>
                <w:sz w:val="24"/>
                <w:szCs w:val="24"/>
              </w:rPr>
              <w:t>com</w:t>
            </w:r>
            <w:r w:rsidRPr="001179C2">
              <w:rPr>
                <w:rFonts w:ascii="Times New Roman" w:hAnsi="Times New Roman" w:cs="Times New Roman"/>
                <w:color w:val="000000" w:themeColor="text1"/>
                <w:sz w:val="24"/>
                <w:szCs w:val="24"/>
                <w:lang w:val="ru-RU"/>
              </w:rPr>
              <w:t xml:space="preserve"> веб-сайтында орналастырылған. Осы Жария офертаның 2.2-тармағында көрсетілген кез келген әрекетті (Акцепт) орындау арқылы Пациент Пр</w:t>
            </w:r>
            <w:r w:rsidR="001B0423">
              <w:rPr>
                <w:rFonts w:ascii="Times New Roman" w:hAnsi="Times New Roman" w:cs="Times New Roman"/>
                <w:color w:val="000000" w:themeColor="text1"/>
                <w:sz w:val="24"/>
                <w:szCs w:val="24"/>
                <w:lang w:val="ru-RU"/>
              </w:rPr>
              <w:t>айслист</w:t>
            </w:r>
            <w:r w:rsidRPr="001179C2">
              <w:rPr>
                <w:rFonts w:ascii="Times New Roman" w:hAnsi="Times New Roman" w:cs="Times New Roman"/>
                <w:color w:val="000000" w:themeColor="text1"/>
                <w:sz w:val="24"/>
                <w:szCs w:val="24"/>
                <w:lang w:val="ru-RU"/>
              </w:rPr>
              <w:t>пен таныс екенін және онымен келісетінін растайды.</w:t>
            </w:r>
          </w:p>
        </w:tc>
      </w:tr>
      <w:tr w:rsidR="001179C2" w:rsidRPr="00812E08" w:rsidTr="0020029F">
        <w:tc>
          <w:tcPr>
            <w:tcW w:w="5246" w:type="dxa"/>
          </w:tcPr>
          <w:p w:rsidR="001179C2" w:rsidRDefault="001179C2" w:rsidP="001179C2">
            <w:pPr>
              <w:spacing w:after="120"/>
              <w:jc w:val="both"/>
              <w:rPr>
                <w:rFonts w:cs="Times New Roman"/>
                <w:sz w:val="24"/>
                <w:szCs w:val="24"/>
                <w:lang w:val="ru-RU"/>
              </w:rPr>
            </w:pPr>
            <w:r>
              <w:rPr>
                <w:rFonts w:cs="Times New Roman"/>
                <w:sz w:val="24"/>
                <w:szCs w:val="24"/>
                <w:lang w:val="ru-RU"/>
              </w:rPr>
              <w:t xml:space="preserve">4.2. </w:t>
            </w:r>
            <w:r w:rsidRPr="001378CE">
              <w:rPr>
                <w:rFonts w:cs="Times New Roman"/>
                <w:sz w:val="24"/>
                <w:szCs w:val="24"/>
                <w:lang w:val="ru-RU"/>
              </w:rPr>
              <w:t xml:space="preserve">Конкретный перечень и объем </w:t>
            </w:r>
            <w:r>
              <w:rPr>
                <w:rFonts w:cs="Times New Roman"/>
                <w:sz w:val="24"/>
                <w:szCs w:val="24"/>
                <w:lang w:val="ru-RU"/>
              </w:rPr>
              <w:t>Услуг для каждого отдельного Пациента определяется Индивидуальным планом лечения.</w:t>
            </w:r>
          </w:p>
        </w:tc>
        <w:tc>
          <w:tcPr>
            <w:tcW w:w="5103" w:type="dxa"/>
          </w:tcPr>
          <w:p w:rsidR="001179C2" w:rsidRDefault="001179C2" w:rsidP="001179C2">
            <w:pPr>
              <w:pStyle w:val="aa"/>
              <w:pBdr>
                <w:bottom w:val="none" w:sz="0" w:space="0" w:color="auto"/>
              </w:pBdr>
              <w:jc w:val="both"/>
              <w:rPr>
                <w:rFonts w:ascii="Times New Roman" w:hAnsi="Times New Roman" w:cs="Times New Roman"/>
                <w:sz w:val="24"/>
                <w:szCs w:val="24"/>
                <w:lang w:val="ru-RU"/>
              </w:rPr>
            </w:pPr>
            <w:r w:rsidRPr="001179C2">
              <w:rPr>
                <w:rFonts w:ascii="Times New Roman" w:hAnsi="Times New Roman" w:cs="Times New Roman"/>
                <w:bCs/>
                <w:color w:val="000000" w:themeColor="text1"/>
                <w:sz w:val="24"/>
                <w:szCs w:val="24"/>
                <w:lang w:val="ru-RU"/>
              </w:rPr>
              <w:t>4.2.</w:t>
            </w:r>
            <w:r w:rsidRPr="001179C2">
              <w:rPr>
                <w:rFonts w:ascii="Times New Roman" w:hAnsi="Times New Roman" w:cs="Times New Roman"/>
                <w:color w:val="000000" w:themeColor="text1"/>
                <w:sz w:val="24"/>
                <w:szCs w:val="24"/>
                <w:lang w:val="ru-RU"/>
              </w:rPr>
              <w:t xml:space="preserve"> Әрбір жеке Пациент үшін нақты Қызметтер тізімі мен көлемі Жеке емдеу жоспары негізінде айқындалады.</w:t>
            </w:r>
          </w:p>
        </w:tc>
      </w:tr>
      <w:tr w:rsidR="001179C2" w:rsidRPr="00812E08" w:rsidTr="0020029F">
        <w:tc>
          <w:tcPr>
            <w:tcW w:w="5246" w:type="dxa"/>
          </w:tcPr>
          <w:p w:rsidR="001179C2" w:rsidRDefault="001179C2" w:rsidP="001179C2">
            <w:pPr>
              <w:jc w:val="both"/>
              <w:rPr>
                <w:rFonts w:cs="Times New Roman"/>
                <w:sz w:val="24"/>
                <w:szCs w:val="24"/>
                <w:lang w:val="ru-RU"/>
              </w:rPr>
            </w:pPr>
            <w:r>
              <w:rPr>
                <w:rFonts w:cs="Times New Roman"/>
                <w:sz w:val="24"/>
                <w:szCs w:val="24"/>
                <w:lang w:val="ru-RU"/>
              </w:rPr>
              <w:t>4.3.</w:t>
            </w:r>
            <w:r w:rsidRPr="00552C95">
              <w:rPr>
                <w:rFonts w:cs="Times New Roman"/>
                <w:sz w:val="24"/>
                <w:szCs w:val="24"/>
                <w:lang w:val="ru-RU"/>
              </w:rPr>
              <w:t xml:space="preserve"> </w:t>
            </w:r>
            <w:r>
              <w:rPr>
                <w:rFonts w:cs="Times New Roman"/>
                <w:sz w:val="24"/>
                <w:szCs w:val="24"/>
                <w:lang w:val="ru-RU"/>
              </w:rPr>
              <w:t>Услуги</w:t>
            </w:r>
            <w:r w:rsidRPr="00552C95">
              <w:rPr>
                <w:rFonts w:cs="Times New Roman"/>
                <w:sz w:val="24"/>
                <w:szCs w:val="24"/>
                <w:lang w:val="ru-RU"/>
              </w:rPr>
              <w:t xml:space="preserve"> оплачиваются</w:t>
            </w:r>
            <w:r w:rsidR="001B0423">
              <w:rPr>
                <w:rFonts w:cs="Times New Roman"/>
                <w:sz w:val="24"/>
                <w:szCs w:val="24"/>
                <w:lang w:val="ru-RU"/>
              </w:rPr>
              <w:t xml:space="preserve"> Пациентом по Прайслис</w:t>
            </w:r>
            <w:r>
              <w:rPr>
                <w:rFonts w:cs="Times New Roman"/>
                <w:sz w:val="24"/>
                <w:szCs w:val="24"/>
                <w:lang w:val="ru-RU"/>
              </w:rPr>
              <w:t xml:space="preserve">ту </w:t>
            </w:r>
            <w:r w:rsidRPr="00552C95">
              <w:rPr>
                <w:rFonts w:cs="Times New Roman"/>
                <w:sz w:val="24"/>
                <w:szCs w:val="24"/>
                <w:lang w:val="ru-RU"/>
              </w:rPr>
              <w:t xml:space="preserve">до их оказания </w:t>
            </w:r>
            <w:r>
              <w:rPr>
                <w:rFonts w:cs="Times New Roman"/>
                <w:sz w:val="24"/>
                <w:szCs w:val="24"/>
                <w:lang w:val="ru-RU"/>
              </w:rPr>
              <w:t>по выбору Исполнителя:</w:t>
            </w:r>
          </w:p>
          <w:p w:rsidR="001179C2" w:rsidRDefault="001179C2" w:rsidP="001179C2">
            <w:pPr>
              <w:jc w:val="both"/>
              <w:rPr>
                <w:rFonts w:cs="Times New Roman"/>
                <w:sz w:val="24"/>
                <w:szCs w:val="24"/>
                <w:lang w:val="ru-RU"/>
              </w:rPr>
            </w:pPr>
            <w:r>
              <w:rPr>
                <w:rFonts w:cs="Times New Roman"/>
                <w:sz w:val="24"/>
                <w:szCs w:val="24"/>
                <w:lang w:val="ru-RU"/>
              </w:rPr>
              <w:t>а) за день до назначенного приема Пациента по предварительной записи безналичным платежом на основании удаленного счета Исполнителя на оплату Услуг авансовым платежом; или</w:t>
            </w:r>
          </w:p>
          <w:p w:rsidR="001179C2" w:rsidRDefault="001179C2" w:rsidP="001179C2">
            <w:pPr>
              <w:jc w:val="both"/>
              <w:rPr>
                <w:rFonts w:cs="Times New Roman"/>
                <w:sz w:val="24"/>
                <w:szCs w:val="24"/>
                <w:lang w:val="ru-RU"/>
              </w:rPr>
            </w:pPr>
            <w:r>
              <w:rPr>
                <w:rFonts w:cs="Times New Roman"/>
                <w:sz w:val="24"/>
                <w:szCs w:val="24"/>
                <w:lang w:val="ru-RU"/>
              </w:rPr>
              <w:t xml:space="preserve">б) наличным платежом или банковской картой через терминал для приема безналичных платежей, включая использование </w:t>
            </w:r>
            <w:r>
              <w:rPr>
                <w:rFonts w:cs="Times New Roman"/>
                <w:sz w:val="24"/>
                <w:szCs w:val="24"/>
              </w:rPr>
              <w:t>QR</w:t>
            </w:r>
            <w:r>
              <w:rPr>
                <w:rFonts w:cs="Times New Roman"/>
                <w:sz w:val="24"/>
                <w:szCs w:val="24"/>
                <w:lang w:val="ru-RU"/>
              </w:rPr>
              <w:t xml:space="preserve">-кода, бесконтактных платежей и </w:t>
            </w:r>
            <w:r w:rsidR="00D0170E">
              <w:rPr>
                <w:rFonts w:cs="Times New Roman"/>
                <w:sz w:val="24"/>
                <w:szCs w:val="24"/>
                <w:lang w:val="ru-RU"/>
              </w:rPr>
              <w:t>т.д</w:t>
            </w:r>
            <w:bookmarkStart w:id="0" w:name="_GoBack"/>
            <w:bookmarkEnd w:id="0"/>
            <w:r>
              <w:rPr>
                <w:rFonts w:cs="Times New Roman"/>
                <w:sz w:val="24"/>
                <w:szCs w:val="24"/>
                <w:lang w:val="ru-RU"/>
              </w:rPr>
              <w:t xml:space="preserve">. </w:t>
            </w:r>
          </w:p>
          <w:p w:rsidR="001179C2" w:rsidRDefault="001B0423" w:rsidP="001179C2">
            <w:pPr>
              <w:spacing w:after="120"/>
              <w:jc w:val="both"/>
              <w:rPr>
                <w:rFonts w:cs="Times New Roman"/>
                <w:sz w:val="24"/>
                <w:szCs w:val="24"/>
                <w:lang w:val="ru-RU"/>
              </w:rPr>
            </w:pPr>
            <w:r>
              <w:rPr>
                <w:rFonts w:cs="Times New Roman"/>
                <w:sz w:val="24"/>
                <w:szCs w:val="24"/>
                <w:lang w:val="ru-RU"/>
              </w:rPr>
              <w:lastRenderedPageBreak/>
              <w:t>В)</w:t>
            </w:r>
            <w:r w:rsidR="001179C2">
              <w:rPr>
                <w:rFonts w:cs="Times New Roman"/>
                <w:sz w:val="24"/>
                <w:szCs w:val="24"/>
                <w:lang w:val="ru-RU"/>
              </w:rPr>
              <w:t xml:space="preserve"> исключительных случаях с согласия Исполнителя Услуги могут быть оплачены после их оказания. </w:t>
            </w:r>
          </w:p>
        </w:tc>
        <w:tc>
          <w:tcPr>
            <w:tcW w:w="5103" w:type="dxa"/>
          </w:tcPr>
          <w:p w:rsidR="001179C2" w:rsidRDefault="001179C2" w:rsidP="001B0423">
            <w:pPr>
              <w:pStyle w:val="aa"/>
              <w:pBdr>
                <w:bottom w:val="none" w:sz="0" w:space="0" w:color="auto"/>
              </w:pBdr>
              <w:jc w:val="both"/>
              <w:rPr>
                <w:rFonts w:ascii="Times New Roman" w:hAnsi="Times New Roman" w:cs="Times New Roman"/>
                <w:sz w:val="24"/>
                <w:szCs w:val="24"/>
                <w:lang w:val="ru-RU"/>
              </w:rPr>
            </w:pPr>
            <w:r w:rsidRPr="001179C2">
              <w:rPr>
                <w:rFonts w:ascii="Times New Roman" w:hAnsi="Times New Roman" w:cs="Times New Roman"/>
                <w:bCs/>
                <w:color w:val="000000" w:themeColor="text1"/>
                <w:sz w:val="24"/>
                <w:szCs w:val="24"/>
                <w:lang w:val="ru-RU"/>
              </w:rPr>
              <w:lastRenderedPageBreak/>
              <w:t>4.3.</w:t>
            </w:r>
            <w:r w:rsidRPr="001179C2">
              <w:rPr>
                <w:rFonts w:ascii="Times New Roman" w:hAnsi="Times New Roman" w:cs="Times New Roman"/>
                <w:color w:val="000000" w:themeColor="text1"/>
                <w:sz w:val="24"/>
                <w:szCs w:val="24"/>
                <w:lang w:val="ru-RU"/>
              </w:rPr>
              <w:t xml:space="preserve"> Қызметтер Пациент тарапынан Пр</w:t>
            </w:r>
            <w:r w:rsidR="001B0423">
              <w:rPr>
                <w:rFonts w:ascii="Times New Roman" w:hAnsi="Times New Roman" w:cs="Times New Roman"/>
                <w:color w:val="000000" w:themeColor="text1"/>
                <w:sz w:val="24"/>
                <w:szCs w:val="24"/>
                <w:lang w:val="ru-RU"/>
              </w:rPr>
              <w:t>айслис</w:t>
            </w:r>
            <w:r w:rsidRPr="001179C2">
              <w:rPr>
                <w:rFonts w:ascii="Times New Roman" w:hAnsi="Times New Roman" w:cs="Times New Roman"/>
                <w:color w:val="000000" w:themeColor="text1"/>
                <w:sz w:val="24"/>
                <w:szCs w:val="24"/>
                <w:lang w:val="ru-RU"/>
              </w:rPr>
              <w:t>тқа сәйкес Орындаушы таңдаған тәсілмен Қызмет көрсетілгенге дейін төленеді:</w:t>
            </w:r>
            <w:r w:rsidRPr="001179C2">
              <w:rPr>
                <w:rFonts w:ascii="Times New Roman" w:hAnsi="Times New Roman" w:cs="Times New Roman"/>
                <w:color w:val="000000" w:themeColor="text1"/>
                <w:sz w:val="24"/>
                <w:szCs w:val="24"/>
                <w:lang w:val="ru-RU"/>
              </w:rPr>
              <w:br/>
              <w:t>а) Пациенттің алдын ала жазылу бойынша қабылдауына бір күн қалғанда, Қызметтерге алдын ала төлем жасау негізінде Орындаушының қашықтан ұсынылған шотына қолма-қол ақшасыз төлем арқылы; немесе</w:t>
            </w:r>
            <w:r w:rsidRPr="001179C2">
              <w:rPr>
                <w:rFonts w:ascii="Times New Roman" w:hAnsi="Times New Roman" w:cs="Times New Roman"/>
                <w:color w:val="000000" w:themeColor="text1"/>
                <w:sz w:val="24"/>
                <w:szCs w:val="24"/>
                <w:lang w:val="ru-RU"/>
              </w:rPr>
              <w:br/>
              <w:t xml:space="preserve">б) қолма-қол ақшамен не банктік картамен </w:t>
            </w:r>
            <w:r w:rsidRPr="001179C2">
              <w:rPr>
                <w:rFonts w:ascii="Times New Roman" w:hAnsi="Times New Roman" w:cs="Times New Roman"/>
                <w:color w:val="000000" w:themeColor="text1"/>
                <w:sz w:val="24"/>
                <w:szCs w:val="24"/>
                <w:lang w:val="ru-RU"/>
              </w:rPr>
              <w:lastRenderedPageBreak/>
              <w:t xml:space="preserve">төлем қабылдау терминалы арқылы, соның ішінде </w:t>
            </w:r>
            <w:r w:rsidRPr="001179C2">
              <w:rPr>
                <w:rFonts w:ascii="Times New Roman" w:hAnsi="Times New Roman" w:cs="Times New Roman"/>
                <w:color w:val="000000" w:themeColor="text1"/>
                <w:sz w:val="24"/>
                <w:szCs w:val="24"/>
              </w:rPr>
              <w:t>QR</w:t>
            </w:r>
            <w:r w:rsidRPr="001179C2">
              <w:rPr>
                <w:rFonts w:ascii="Times New Roman" w:hAnsi="Times New Roman" w:cs="Times New Roman"/>
                <w:color w:val="000000" w:themeColor="text1"/>
                <w:sz w:val="24"/>
                <w:szCs w:val="24"/>
                <w:lang w:val="ru-RU"/>
              </w:rPr>
              <w:t>-код, жанасусыз төлемдер және т.б. тәсілдермен.</w:t>
            </w:r>
            <w:r w:rsidRPr="001179C2">
              <w:rPr>
                <w:rFonts w:ascii="Times New Roman" w:hAnsi="Times New Roman" w:cs="Times New Roman"/>
                <w:color w:val="000000" w:themeColor="text1"/>
                <w:sz w:val="24"/>
                <w:szCs w:val="24"/>
                <w:lang w:val="ru-RU"/>
              </w:rPr>
              <w:br/>
              <w:t>Ерекше жағдайларда Орындаушының келісімі бойынша Қызметтер Қызмет көрсетілгеннен кейін төленуі мүмкін.</w:t>
            </w:r>
          </w:p>
        </w:tc>
      </w:tr>
      <w:tr w:rsidR="001179C2" w:rsidRPr="00812E08" w:rsidTr="0020029F">
        <w:tc>
          <w:tcPr>
            <w:tcW w:w="5246" w:type="dxa"/>
          </w:tcPr>
          <w:p w:rsidR="001179C2" w:rsidRPr="00FE76B8" w:rsidRDefault="001179C2" w:rsidP="001179C2">
            <w:pPr>
              <w:jc w:val="both"/>
              <w:rPr>
                <w:rFonts w:cs="Times New Roman"/>
                <w:sz w:val="24"/>
                <w:szCs w:val="24"/>
                <w:highlight w:val="cyan"/>
                <w:lang w:val="ru-RU"/>
              </w:rPr>
            </w:pPr>
            <w:r w:rsidRPr="00577432">
              <w:rPr>
                <w:rFonts w:cs="Times New Roman"/>
                <w:sz w:val="24"/>
                <w:szCs w:val="24"/>
                <w:lang w:val="ru-RU"/>
              </w:rPr>
              <w:lastRenderedPageBreak/>
              <w:t>4.4. Неоплата авансового платежа по выставленному удаленному счету на оплату в сроки, установленные пунктом 4.3. (а) Договора, является основанием для отмены записи Пациента и является отказом от получения Услуг в соответствующей клинике Исполнителя.</w:t>
            </w:r>
          </w:p>
        </w:tc>
        <w:tc>
          <w:tcPr>
            <w:tcW w:w="5103" w:type="dxa"/>
          </w:tcPr>
          <w:p w:rsidR="001179C2" w:rsidRPr="001179C2" w:rsidRDefault="001179C2" w:rsidP="001179C2">
            <w:pPr>
              <w:pStyle w:val="aa"/>
              <w:pBdr>
                <w:bottom w:val="none" w:sz="0" w:space="0" w:color="auto"/>
              </w:pBdr>
              <w:jc w:val="both"/>
              <w:rPr>
                <w:rFonts w:ascii="Times New Roman" w:hAnsi="Times New Roman" w:cs="Times New Roman"/>
                <w:color w:val="000000" w:themeColor="text1"/>
                <w:sz w:val="24"/>
                <w:szCs w:val="24"/>
                <w:lang w:val="ru-RU"/>
              </w:rPr>
            </w:pPr>
            <w:r w:rsidRPr="001179C2">
              <w:rPr>
                <w:rFonts w:ascii="Times New Roman" w:hAnsi="Times New Roman" w:cs="Times New Roman"/>
                <w:color w:val="000000" w:themeColor="text1"/>
                <w:sz w:val="24"/>
                <w:szCs w:val="24"/>
                <w:lang w:val="ru-RU"/>
              </w:rPr>
              <w:t>4.4. Осы Шарттың 4.3 (а) тармағында белгіленген мерзімдерде Қызметтерге төлем жасау үшін ұсынылған қашықтан шот бойынша аванстық төлемнің болмауы Пациентті жазудан бас тартуға және Қызметтерден бас тарту ретінде қарастырылады.</w:t>
            </w:r>
          </w:p>
        </w:tc>
      </w:tr>
      <w:tr w:rsidR="001179C2" w:rsidRPr="006246ED" w:rsidTr="0020029F">
        <w:tc>
          <w:tcPr>
            <w:tcW w:w="5246" w:type="dxa"/>
          </w:tcPr>
          <w:p w:rsidR="001179C2" w:rsidRPr="001179C2" w:rsidRDefault="001179C2" w:rsidP="001179C2">
            <w:pPr>
              <w:rPr>
                <w:rFonts w:cs="Times New Roman"/>
                <w:b/>
                <w:color w:val="000000" w:themeColor="text1"/>
                <w:sz w:val="24"/>
                <w:szCs w:val="24"/>
                <w:lang w:val="ru-RU"/>
              </w:rPr>
            </w:pPr>
            <w:r w:rsidRPr="001179C2">
              <w:rPr>
                <w:rFonts w:cs="Times New Roman"/>
                <w:b/>
                <w:color w:val="000000" w:themeColor="text1"/>
                <w:sz w:val="24"/>
                <w:szCs w:val="24"/>
                <w:lang w:val="ru-RU"/>
              </w:rPr>
              <w:t>5. ПРАВА И ОБЯЗАННОСТИ СТОРОН</w:t>
            </w:r>
          </w:p>
        </w:tc>
        <w:tc>
          <w:tcPr>
            <w:tcW w:w="5103" w:type="dxa"/>
          </w:tcPr>
          <w:p w:rsidR="001179C2" w:rsidRPr="001179C2" w:rsidRDefault="001179C2" w:rsidP="001179C2">
            <w:pPr>
              <w:pStyle w:val="aa"/>
              <w:pBdr>
                <w:bottom w:val="none" w:sz="0" w:space="0" w:color="auto"/>
              </w:pBdr>
              <w:rPr>
                <w:rFonts w:ascii="Times New Roman" w:hAnsi="Times New Roman" w:cs="Times New Roman"/>
                <w:b/>
                <w:color w:val="000000" w:themeColor="text1"/>
                <w:sz w:val="24"/>
                <w:szCs w:val="24"/>
                <w:lang w:val="ru-RU"/>
              </w:rPr>
            </w:pPr>
            <w:r w:rsidRPr="001179C2">
              <w:rPr>
                <w:rFonts w:ascii="Times New Roman" w:hAnsi="Times New Roman" w:cs="Times New Roman"/>
                <w:b/>
                <w:color w:val="000000" w:themeColor="text1"/>
                <w:sz w:val="24"/>
                <w:szCs w:val="24"/>
              </w:rPr>
              <w:t>5. ТАРАПТАРДЫҢ ҚҰҚЫҚТАРЫ МЕН МІНДЕТТЕРІ</w:t>
            </w:r>
          </w:p>
        </w:tc>
      </w:tr>
      <w:tr w:rsidR="001179C2" w:rsidRPr="00812E08" w:rsidTr="0020029F">
        <w:tc>
          <w:tcPr>
            <w:tcW w:w="5246" w:type="dxa"/>
          </w:tcPr>
          <w:p w:rsidR="001179C2" w:rsidRPr="00B50F9A" w:rsidRDefault="001179C2" w:rsidP="001179C2">
            <w:pPr>
              <w:rPr>
                <w:rFonts w:cs="Times New Roman"/>
                <w:sz w:val="24"/>
                <w:szCs w:val="24"/>
                <w:lang w:val="ru-RU"/>
              </w:rPr>
            </w:pPr>
            <w:r>
              <w:rPr>
                <w:rFonts w:cs="Times New Roman"/>
                <w:sz w:val="24"/>
                <w:szCs w:val="24"/>
                <w:lang w:val="ru-RU"/>
              </w:rPr>
              <w:t xml:space="preserve">5.1. </w:t>
            </w:r>
            <w:r w:rsidRPr="00B50F9A">
              <w:rPr>
                <w:rFonts w:cs="Times New Roman"/>
                <w:sz w:val="24"/>
                <w:szCs w:val="24"/>
                <w:lang w:val="ru-RU"/>
              </w:rPr>
              <w:t xml:space="preserve"> Обязанности Исполнителя:</w:t>
            </w:r>
          </w:p>
          <w:p w:rsidR="001179C2" w:rsidRPr="00B50F9A"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.1.</w:t>
            </w:r>
            <w:r>
              <w:rPr>
                <w:rFonts w:cs="Times New Roman"/>
                <w:sz w:val="24"/>
                <w:szCs w:val="24"/>
                <w:lang w:val="ru-RU"/>
              </w:rPr>
              <w:t>1. Оказывать Услуги</w:t>
            </w:r>
            <w:r w:rsidRPr="00B50F9A">
              <w:rPr>
                <w:rFonts w:cs="Times New Roman"/>
                <w:sz w:val="24"/>
                <w:szCs w:val="24"/>
                <w:lang w:val="ru-RU"/>
              </w:rPr>
              <w:t xml:space="preserve"> в соответствии с действующими стандартами, клиническими протоколами диагностики и лечения, а при их отсутствии — на основании общепринятых подходов и принципов доказательной медицины.</w:t>
            </w:r>
          </w:p>
          <w:p w:rsidR="001179C2" w:rsidRPr="00B50F9A" w:rsidRDefault="001179C2" w:rsidP="001179C2">
            <w:pPr>
              <w:jc w:val="both"/>
              <w:rPr>
                <w:rFonts w:cs="Times New Roman"/>
                <w:sz w:val="24"/>
                <w:szCs w:val="24"/>
                <w:lang w:val="ru-RU"/>
              </w:rPr>
            </w:pPr>
            <w:r>
              <w:rPr>
                <w:rFonts w:cs="Times New Roman"/>
                <w:sz w:val="24"/>
                <w:szCs w:val="24"/>
                <w:lang w:val="ru-RU"/>
              </w:rPr>
              <w:t>5.1</w:t>
            </w:r>
            <w:r w:rsidRPr="00B50F9A">
              <w:rPr>
                <w:rFonts w:cs="Times New Roman"/>
                <w:sz w:val="24"/>
                <w:szCs w:val="24"/>
                <w:lang w:val="ru-RU"/>
              </w:rPr>
              <w:t>.</w:t>
            </w:r>
            <w:r>
              <w:rPr>
                <w:rFonts w:cs="Times New Roman"/>
                <w:sz w:val="24"/>
                <w:szCs w:val="24"/>
                <w:lang w:val="ru-RU"/>
              </w:rPr>
              <w:t>2.</w:t>
            </w:r>
            <w:r w:rsidRPr="00B50F9A">
              <w:rPr>
                <w:rFonts w:cs="Times New Roman"/>
                <w:sz w:val="24"/>
                <w:szCs w:val="24"/>
                <w:lang w:val="ru-RU"/>
              </w:rPr>
              <w:t xml:space="preserve"> </w:t>
            </w:r>
            <w:r>
              <w:rPr>
                <w:rFonts w:cs="Times New Roman"/>
                <w:sz w:val="24"/>
                <w:szCs w:val="24"/>
                <w:lang w:val="ru-RU"/>
              </w:rPr>
              <w:t>Д</w:t>
            </w:r>
            <w:r w:rsidRPr="00B50F9A">
              <w:rPr>
                <w:rFonts w:cs="Times New Roman"/>
                <w:sz w:val="24"/>
                <w:szCs w:val="24"/>
                <w:lang w:val="ru-RU"/>
              </w:rPr>
              <w:t>о оказания</w:t>
            </w:r>
            <w:r>
              <w:rPr>
                <w:rFonts w:cs="Times New Roman"/>
                <w:sz w:val="24"/>
                <w:szCs w:val="24"/>
                <w:lang w:val="ru-RU"/>
              </w:rPr>
              <w:t xml:space="preserve"> любой Услуги о</w:t>
            </w:r>
            <w:r w:rsidRPr="00B50F9A">
              <w:rPr>
                <w:rFonts w:cs="Times New Roman"/>
                <w:sz w:val="24"/>
                <w:szCs w:val="24"/>
                <w:lang w:val="ru-RU"/>
              </w:rPr>
              <w:t xml:space="preserve">беспечить получение </w:t>
            </w:r>
            <w:r>
              <w:rPr>
                <w:rFonts w:cs="Times New Roman"/>
                <w:sz w:val="24"/>
                <w:szCs w:val="24"/>
                <w:lang w:val="ru-RU"/>
              </w:rPr>
              <w:t xml:space="preserve">Пациентом </w:t>
            </w:r>
            <w:r w:rsidRPr="00B50F9A">
              <w:rPr>
                <w:rFonts w:cs="Times New Roman"/>
                <w:sz w:val="24"/>
                <w:szCs w:val="24"/>
                <w:lang w:val="ru-RU"/>
              </w:rPr>
              <w:t>полной и достоверной информации о характере, объеме, продолжительности</w:t>
            </w:r>
            <w:r>
              <w:rPr>
                <w:rFonts w:cs="Times New Roman"/>
                <w:sz w:val="24"/>
                <w:szCs w:val="24"/>
                <w:lang w:val="ru-RU"/>
              </w:rPr>
              <w:t xml:space="preserve">, стоимости и возможных рисках </w:t>
            </w:r>
            <w:proofErr w:type="gramStart"/>
            <w:r>
              <w:rPr>
                <w:rFonts w:cs="Times New Roman"/>
                <w:sz w:val="24"/>
                <w:szCs w:val="24"/>
                <w:lang w:val="ru-RU"/>
              </w:rPr>
              <w:t>во время</w:t>
            </w:r>
            <w:proofErr w:type="gramEnd"/>
            <w:r>
              <w:rPr>
                <w:rFonts w:cs="Times New Roman"/>
                <w:sz w:val="24"/>
                <w:szCs w:val="24"/>
                <w:lang w:val="ru-RU"/>
              </w:rPr>
              <w:t xml:space="preserve"> и после оказания Услуг.</w:t>
            </w:r>
            <w:r w:rsidRPr="00B50F9A">
              <w:rPr>
                <w:rFonts w:cs="Times New Roman"/>
                <w:sz w:val="24"/>
                <w:szCs w:val="24"/>
                <w:lang w:val="ru-RU"/>
              </w:rPr>
              <w:t xml:space="preserve"> </w:t>
            </w:r>
          </w:p>
          <w:p w:rsidR="001179C2" w:rsidRDefault="001179C2" w:rsidP="001179C2">
            <w:pPr>
              <w:tabs>
                <w:tab w:val="left" w:pos="602"/>
              </w:tabs>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w:t>
            </w:r>
            <w:r w:rsidR="00F03A80">
              <w:rPr>
                <w:rFonts w:cs="Times New Roman"/>
                <w:sz w:val="24"/>
                <w:szCs w:val="24"/>
                <w:lang w:val="ru-RU"/>
              </w:rPr>
              <w:t>1</w:t>
            </w:r>
            <w:r>
              <w:rPr>
                <w:rFonts w:cs="Times New Roman"/>
                <w:sz w:val="24"/>
                <w:szCs w:val="24"/>
                <w:lang w:val="ru-RU"/>
              </w:rPr>
              <w:t>.3.</w:t>
            </w:r>
            <w:r>
              <w:rPr>
                <w:rFonts w:cs="Times New Roman"/>
                <w:sz w:val="24"/>
                <w:szCs w:val="24"/>
                <w:lang w:val="ru-RU"/>
              </w:rPr>
              <w:tab/>
              <w:t xml:space="preserve">Обеспечить соблюдение </w:t>
            </w:r>
            <w:r w:rsidRPr="00B50F9A">
              <w:rPr>
                <w:rFonts w:cs="Times New Roman"/>
                <w:sz w:val="24"/>
                <w:szCs w:val="24"/>
                <w:lang w:val="ru-RU"/>
              </w:rPr>
              <w:t xml:space="preserve">конфиденциальности персональных данных </w:t>
            </w:r>
            <w:r>
              <w:rPr>
                <w:rFonts w:cs="Times New Roman"/>
                <w:sz w:val="24"/>
                <w:szCs w:val="24"/>
                <w:lang w:val="ru-RU"/>
              </w:rPr>
              <w:t>Пациента</w:t>
            </w:r>
            <w:r w:rsidRPr="00B50F9A">
              <w:rPr>
                <w:rFonts w:cs="Times New Roman"/>
                <w:sz w:val="24"/>
                <w:szCs w:val="24"/>
                <w:lang w:val="ru-RU"/>
              </w:rPr>
              <w:t xml:space="preserve">, в том числе медицинской тайны, в соответствии с </w:t>
            </w:r>
            <w:r>
              <w:rPr>
                <w:rFonts w:cs="Times New Roman"/>
                <w:sz w:val="24"/>
                <w:szCs w:val="24"/>
                <w:lang w:val="ru-RU"/>
              </w:rPr>
              <w:t>законодательством РК</w:t>
            </w:r>
            <w:r w:rsidRPr="00B50F9A">
              <w:rPr>
                <w:rFonts w:cs="Times New Roman"/>
                <w:sz w:val="24"/>
                <w:szCs w:val="24"/>
                <w:lang w:val="ru-RU"/>
              </w:rPr>
              <w:t>.</w:t>
            </w:r>
          </w:p>
          <w:p w:rsidR="001179C2" w:rsidRPr="00B50F9A" w:rsidRDefault="00F03A80" w:rsidP="001179C2">
            <w:pPr>
              <w:rPr>
                <w:rFonts w:cs="Times New Roman"/>
                <w:sz w:val="24"/>
                <w:szCs w:val="24"/>
                <w:lang w:val="ru-RU"/>
              </w:rPr>
            </w:pPr>
            <w:r>
              <w:rPr>
                <w:rFonts w:cs="Times New Roman"/>
                <w:sz w:val="24"/>
                <w:szCs w:val="24"/>
                <w:lang w:val="ru-RU"/>
              </w:rPr>
              <w:t>5.1</w:t>
            </w:r>
            <w:r w:rsidR="001179C2">
              <w:rPr>
                <w:rFonts w:cs="Times New Roman"/>
                <w:sz w:val="24"/>
                <w:szCs w:val="24"/>
                <w:lang w:val="ru-RU"/>
              </w:rPr>
              <w:t>.4</w:t>
            </w:r>
            <w:r w:rsidR="001179C2" w:rsidRPr="00B50F9A">
              <w:rPr>
                <w:rFonts w:cs="Times New Roman"/>
                <w:sz w:val="24"/>
                <w:szCs w:val="24"/>
                <w:lang w:val="ru-RU"/>
              </w:rPr>
              <w:t xml:space="preserve">. Предоставить </w:t>
            </w:r>
            <w:r w:rsidR="001179C2">
              <w:rPr>
                <w:rFonts w:cs="Times New Roman"/>
                <w:sz w:val="24"/>
                <w:szCs w:val="24"/>
                <w:lang w:val="ru-RU"/>
              </w:rPr>
              <w:t>Пациенту</w:t>
            </w:r>
            <w:r w:rsidR="001179C2" w:rsidRPr="00B50F9A">
              <w:rPr>
                <w:rFonts w:cs="Times New Roman"/>
                <w:sz w:val="24"/>
                <w:szCs w:val="24"/>
                <w:lang w:val="ru-RU"/>
              </w:rPr>
              <w:t xml:space="preserve"> выписной эпикриз</w:t>
            </w:r>
            <w:r w:rsidR="001179C2">
              <w:rPr>
                <w:rFonts w:cs="Times New Roman"/>
                <w:sz w:val="24"/>
                <w:szCs w:val="24"/>
                <w:lang w:val="ru-RU"/>
              </w:rPr>
              <w:t xml:space="preserve"> (если применимо)</w:t>
            </w:r>
            <w:r w:rsidR="001179C2" w:rsidRPr="00B50F9A">
              <w:rPr>
                <w:rFonts w:cs="Times New Roman"/>
                <w:sz w:val="24"/>
                <w:szCs w:val="24"/>
                <w:lang w:val="ru-RU"/>
              </w:rPr>
              <w:t xml:space="preserve"> и док</w:t>
            </w:r>
            <w:r w:rsidR="001179C2">
              <w:rPr>
                <w:rFonts w:cs="Times New Roman"/>
                <w:sz w:val="24"/>
                <w:szCs w:val="24"/>
                <w:lang w:val="ru-RU"/>
              </w:rPr>
              <w:t>умент, подтверждающий оказание Услуг</w:t>
            </w:r>
            <w:r w:rsidR="001179C2" w:rsidRPr="00B50F9A">
              <w:rPr>
                <w:rFonts w:cs="Times New Roman"/>
                <w:sz w:val="24"/>
                <w:szCs w:val="24"/>
                <w:lang w:val="ru-RU"/>
              </w:rPr>
              <w:t xml:space="preserve"> и их стоимость.</w:t>
            </w:r>
          </w:p>
          <w:p w:rsidR="001179C2" w:rsidRDefault="001179C2" w:rsidP="001179C2">
            <w:pPr>
              <w:rPr>
                <w:rFonts w:cs="Times New Roman"/>
                <w:sz w:val="24"/>
                <w:szCs w:val="24"/>
                <w:lang w:val="ru-RU"/>
              </w:rPr>
            </w:pPr>
          </w:p>
        </w:tc>
        <w:tc>
          <w:tcPr>
            <w:tcW w:w="5103" w:type="dxa"/>
          </w:tcPr>
          <w:p w:rsidR="001179C2" w:rsidRPr="001179C2" w:rsidRDefault="001179C2" w:rsidP="001179C2">
            <w:pPr>
              <w:pStyle w:val="aa"/>
              <w:rPr>
                <w:rFonts w:ascii="Times New Roman" w:hAnsi="Times New Roman" w:cs="Times New Roman"/>
                <w:color w:val="000000" w:themeColor="text1"/>
                <w:sz w:val="24"/>
                <w:szCs w:val="24"/>
                <w:lang w:val="ru-RU"/>
              </w:rPr>
            </w:pPr>
            <w:r w:rsidRPr="001179C2">
              <w:rPr>
                <w:rFonts w:ascii="Times New Roman" w:hAnsi="Times New Roman" w:cs="Times New Roman"/>
                <w:color w:val="000000" w:themeColor="text1"/>
                <w:sz w:val="24"/>
                <w:szCs w:val="24"/>
                <w:lang w:val="ru-RU"/>
              </w:rPr>
              <w:t>5.1. Орындаушының міндеттері:</w:t>
            </w:r>
          </w:p>
          <w:p w:rsidR="001179C2" w:rsidRPr="001179C2" w:rsidRDefault="001179C2" w:rsidP="0035646D">
            <w:pPr>
              <w:pStyle w:val="aa"/>
              <w:jc w:val="both"/>
              <w:rPr>
                <w:rFonts w:ascii="Times New Roman" w:hAnsi="Times New Roman" w:cs="Times New Roman"/>
                <w:color w:val="000000" w:themeColor="text1"/>
                <w:sz w:val="24"/>
                <w:szCs w:val="24"/>
                <w:lang w:val="ru-RU"/>
              </w:rPr>
            </w:pPr>
            <w:r w:rsidRPr="001179C2">
              <w:rPr>
                <w:rFonts w:ascii="Times New Roman" w:hAnsi="Times New Roman" w:cs="Times New Roman"/>
                <w:color w:val="000000" w:themeColor="text1"/>
                <w:sz w:val="24"/>
                <w:szCs w:val="24"/>
                <w:lang w:val="ru-RU"/>
              </w:rPr>
              <w:t>5.1.1. Қызметтерді қолданыстағы стандарттарға, диагностикалау және емдеу бойынша клиникалық хаттамаларға сәйкес, ал олар болмаған жағдайда – дәлелді медицинаның жалпыға танылған тәсілдері мен қағидаттарына сәйкес көрсету.</w:t>
            </w:r>
          </w:p>
          <w:p w:rsidR="001179C2" w:rsidRPr="001179C2" w:rsidRDefault="001179C2" w:rsidP="0035646D">
            <w:pPr>
              <w:pStyle w:val="aa"/>
              <w:jc w:val="both"/>
              <w:rPr>
                <w:rFonts w:ascii="Times New Roman" w:hAnsi="Times New Roman" w:cs="Times New Roman"/>
                <w:color w:val="000000" w:themeColor="text1"/>
                <w:sz w:val="24"/>
                <w:szCs w:val="24"/>
                <w:lang w:val="ru-RU"/>
              </w:rPr>
            </w:pPr>
            <w:r w:rsidRPr="001179C2">
              <w:rPr>
                <w:rFonts w:ascii="Times New Roman" w:hAnsi="Times New Roman" w:cs="Times New Roman"/>
                <w:color w:val="000000" w:themeColor="text1"/>
                <w:sz w:val="24"/>
                <w:szCs w:val="24"/>
                <w:lang w:val="ru-RU"/>
              </w:rPr>
              <w:t>5.1.2. Кез келген Қызмет көрсетілгенге дейін Пациентке оның сипаты, көлемі, ұзақтығы, құны және Қызметтер көрсетілу барысында және одан кейін туындауы мүмкін қауіптер туралы толық әрі шынайы ақпарат беруді қамтамасыз ету.</w:t>
            </w:r>
          </w:p>
          <w:p w:rsidR="00F03A80" w:rsidRDefault="001179C2" w:rsidP="0035646D">
            <w:pPr>
              <w:pStyle w:val="aa"/>
              <w:jc w:val="both"/>
              <w:rPr>
                <w:rFonts w:ascii="Times New Roman" w:hAnsi="Times New Roman" w:cs="Times New Roman"/>
                <w:color w:val="000000" w:themeColor="text1"/>
                <w:sz w:val="24"/>
                <w:szCs w:val="24"/>
                <w:lang w:val="ru-RU"/>
              </w:rPr>
            </w:pPr>
            <w:r w:rsidRPr="001179C2">
              <w:rPr>
                <w:rFonts w:ascii="Times New Roman" w:hAnsi="Times New Roman" w:cs="Times New Roman"/>
                <w:color w:val="000000" w:themeColor="text1"/>
                <w:sz w:val="24"/>
                <w:szCs w:val="24"/>
                <w:lang w:val="ru-RU"/>
              </w:rPr>
              <w:t>5.1.3. ҚР</w:t>
            </w:r>
            <w:r w:rsidR="0035646D">
              <w:rPr>
                <w:rFonts w:ascii="Times New Roman" w:hAnsi="Times New Roman" w:cs="Times New Roman"/>
                <w:color w:val="000000" w:themeColor="text1"/>
                <w:sz w:val="24"/>
                <w:szCs w:val="24"/>
                <w:lang w:val="ru-RU"/>
              </w:rPr>
              <w:t>-</w:t>
            </w:r>
            <w:r w:rsidRPr="001179C2">
              <w:rPr>
                <w:rFonts w:ascii="Times New Roman" w:hAnsi="Times New Roman" w:cs="Times New Roman"/>
                <w:color w:val="000000" w:themeColor="text1"/>
                <w:sz w:val="24"/>
                <w:szCs w:val="24"/>
                <w:lang w:val="ru-RU"/>
              </w:rPr>
              <w:t>ның заңнамасына сәйкес Пациенттің дербес деректерінің, соның ішінде медициналық құпияның құпиялылығын сақтауды қамтамасыз ету.</w:t>
            </w:r>
          </w:p>
          <w:p w:rsidR="001179C2" w:rsidRPr="001179C2" w:rsidRDefault="001179C2" w:rsidP="0035646D">
            <w:pPr>
              <w:pStyle w:val="aa"/>
              <w:jc w:val="both"/>
              <w:rPr>
                <w:rFonts w:ascii="Times New Roman" w:hAnsi="Times New Roman" w:cs="Times New Roman"/>
                <w:color w:val="000000" w:themeColor="text1"/>
                <w:sz w:val="24"/>
                <w:szCs w:val="24"/>
                <w:lang w:val="ru-RU"/>
              </w:rPr>
            </w:pPr>
            <w:r w:rsidRPr="001179C2">
              <w:rPr>
                <w:rFonts w:ascii="Times New Roman" w:hAnsi="Times New Roman" w:cs="Times New Roman"/>
                <w:color w:val="000000" w:themeColor="text1"/>
                <w:sz w:val="24"/>
                <w:szCs w:val="24"/>
                <w:lang w:val="ru-RU"/>
              </w:rPr>
              <w:t xml:space="preserve">5.1.4. Пациентке (қажет болған жағдайда) </w:t>
            </w:r>
            <w:r w:rsidR="0035646D" w:rsidRPr="0035646D">
              <w:rPr>
                <w:rFonts w:ascii="Times New Roman" w:hAnsi="Times New Roman" w:cs="Times New Roman"/>
                <w:color w:val="000000" w:themeColor="text1"/>
                <w:sz w:val="24"/>
                <w:szCs w:val="24"/>
                <w:lang w:val="ru-RU"/>
              </w:rPr>
              <w:t>шығару эпикризін</w:t>
            </w:r>
            <w:r w:rsidR="0035646D">
              <w:rPr>
                <w:rFonts w:ascii="Times New Roman" w:hAnsi="Times New Roman" w:cs="Times New Roman"/>
                <w:color w:val="000000" w:themeColor="text1"/>
                <w:sz w:val="24"/>
                <w:szCs w:val="24"/>
                <w:lang w:val="ru-RU"/>
              </w:rPr>
              <w:t xml:space="preserve"> </w:t>
            </w:r>
            <w:r w:rsidRPr="001179C2">
              <w:rPr>
                <w:rFonts w:ascii="Times New Roman" w:hAnsi="Times New Roman" w:cs="Times New Roman"/>
                <w:color w:val="000000" w:themeColor="text1"/>
                <w:sz w:val="24"/>
                <w:szCs w:val="24"/>
                <w:lang w:val="ru-RU"/>
              </w:rPr>
              <w:t>және Қызметтердің көрсетілгенін және олардың құнын растайтын құжатты беру.</w:t>
            </w:r>
          </w:p>
        </w:tc>
      </w:tr>
      <w:tr w:rsidR="001179C2" w:rsidRPr="00812E08" w:rsidTr="0020029F">
        <w:tc>
          <w:tcPr>
            <w:tcW w:w="5246" w:type="dxa"/>
          </w:tcPr>
          <w:p w:rsidR="001179C2" w:rsidRPr="00B50F9A" w:rsidRDefault="001179C2" w:rsidP="001179C2">
            <w:pPr>
              <w:rPr>
                <w:rFonts w:cs="Times New Roman"/>
                <w:sz w:val="24"/>
                <w:szCs w:val="24"/>
                <w:lang w:val="ru-RU"/>
              </w:rPr>
            </w:pPr>
            <w:r>
              <w:rPr>
                <w:rFonts w:cs="Times New Roman"/>
                <w:sz w:val="24"/>
                <w:szCs w:val="24"/>
                <w:lang w:val="ru-RU"/>
              </w:rPr>
              <w:t>5.2.</w:t>
            </w:r>
            <w:r w:rsidRPr="00B50F9A">
              <w:rPr>
                <w:rFonts w:cs="Times New Roman"/>
                <w:sz w:val="24"/>
                <w:szCs w:val="24"/>
                <w:lang w:val="ru-RU"/>
              </w:rPr>
              <w:t xml:space="preserve"> Права Исполнителя:</w:t>
            </w:r>
          </w:p>
          <w:p w:rsidR="001179C2" w:rsidRPr="00B50F9A" w:rsidRDefault="001179C2" w:rsidP="001179C2">
            <w:pPr>
              <w:jc w:val="both"/>
              <w:rPr>
                <w:rFonts w:cs="Times New Roman"/>
                <w:sz w:val="24"/>
                <w:szCs w:val="24"/>
                <w:lang w:val="ru-RU"/>
              </w:rPr>
            </w:pPr>
            <w:r>
              <w:rPr>
                <w:rFonts w:cs="Times New Roman"/>
                <w:sz w:val="24"/>
                <w:szCs w:val="24"/>
                <w:lang w:val="ru-RU"/>
              </w:rPr>
              <w:t>5.2</w:t>
            </w:r>
            <w:r w:rsidRPr="00B50F9A">
              <w:rPr>
                <w:rFonts w:cs="Times New Roman"/>
                <w:sz w:val="24"/>
                <w:szCs w:val="24"/>
                <w:lang w:val="ru-RU"/>
              </w:rPr>
              <w:t xml:space="preserve">.1. Получать </w:t>
            </w:r>
            <w:r>
              <w:rPr>
                <w:rFonts w:cs="Times New Roman"/>
                <w:sz w:val="24"/>
                <w:szCs w:val="24"/>
                <w:lang w:val="ru-RU"/>
              </w:rPr>
              <w:t>оплату за Услуги</w:t>
            </w:r>
            <w:r w:rsidRPr="00B50F9A">
              <w:rPr>
                <w:rFonts w:cs="Times New Roman"/>
                <w:sz w:val="24"/>
                <w:szCs w:val="24"/>
                <w:lang w:val="ru-RU"/>
              </w:rPr>
              <w:t xml:space="preserve"> в сроки и в порядке, предусмотренные настоящим Договором.</w:t>
            </w:r>
          </w:p>
          <w:p w:rsidR="001179C2" w:rsidRPr="00B50F9A"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 xml:space="preserve">2.2. При наличии согласия </w:t>
            </w:r>
            <w:r>
              <w:rPr>
                <w:rFonts w:cs="Times New Roman"/>
                <w:sz w:val="24"/>
                <w:szCs w:val="24"/>
                <w:lang w:val="ru-RU"/>
              </w:rPr>
              <w:t>Пациента</w:t>
            </w:r>
            <w:r w:rsidRPr="00B50F9A">
              <w:rPr>
                <w:rFonts w:cs="Times New Roman"/>
                <w:sz w:val="24"/>
                <w:szCs w:val="24"/>
                <w:lang w:val="ru-RU"/>
              </w:rPr>
              <w:t xml:space="preserve"> ок</w:t>
            </w:r>
            <w:r>
              <w:rPr>
                <w:rFonts w:cs="Times New Roman"/>
                <w:sz w:val="24"/>
                <w:szCs w:val="24"/>
                <w:lang w:val="ru-RU"/>
              </w:rPr>
              <w:t>азывать дополнительные платные Услуги</w:t>
            </w:r>
            <w:r w:rsidRPr="00B50F9A">
              <w:rPr>
                <w:rFonts w:cs="Times New Roman"/>
                <w:sz w:val="24"/>
                <w:szCs w:val="24"/>
                <w:lang w:val="ru-RU"/>
              </w:rPr>
              <w:t xml:space="preserve">, не предусмотренные первоначально </w:t>
            </w:r>
            <w:r>
              <w:rPr>
                <w:rFonts w:cs="Times New Roman"/>
                <w:sz w:val="24"/>
                <w:szCs w:val="24"/>
                <w:lang w:val="ru-RU"/>
              </w:rPr>
              <w:t>И</w:t>
            </w:r>
            <w:r w:rsidRPr="00B50F9A">
              <w:rPr>
                <w:rFonts w:cs="Times New Roman"/>
                <w:sz w:val="24"/>
                <w:szCs w:val="24"/>
                <w:lang w:val="ru-RU"/>
              </w:rPr>
              <w:t>ндивидуальным планом лечения</w:t>
            </w:r>
            <w:r>
              <w:rPr>
                <w:rFonts w:cs="Times New Roman"/>
                <w:sz w:val="24"/>
                <w:szCs w:val="24"/>
                <w:lang w:val="ru-RU"/>
              </w:rPr>
              <w:t>, с последующим оформлением дополнения к нему</w:t>
            </w:r>
            <w:r w:rsidRPr="00B50F9A">
              <w:rPr>
                <w:rFonts w:cs="Times New Roman"/>
                <w:sz w:val="24"/>
                <w:szCs w:val="24"/>
                <w:lang w:val="ru-RU"/>
              </w:rPr>
              <w:t>.</w:t>
            </w:r>
          </w:p>
          <w:p w:rsidR="001179C2" w:rsidRDefault="001179C2" w:rsidP="001179C2">
            <w:pPr>
              <w:jc w:val="both"/>
              <w:rPr>
                <w:rFonts w:cs="Times New Roman"/>
                <w:sz w:val="24"/>
                <w:szCs w:val="24"/>
                <w:lang w:val="ru-RU"/>
              </w:rPr>
            </w:pPr>
            <w:r>
              <w:rPr>
                <w:rFonts w:cs="Times New Roman"/>
                <w:sz w:val="24"/>
                <w:szCs w:val="24"/>
                <w:lang w:val="ru-RU"/>
              </w:rPr>
              <w:lastRenderedPageBreak/>
              <w:t>5.2.3. Прекратить оказание Услуг</w:t>
            </w:r>
            <w:r w:rsidRPr="00B50F9A">
              <w:rPr>
                <w:rFonts w:cs="Times New Roman"/>
                <w:sz w:val="24"/>
                <w:szCs w:val="24"/>
                <w:lang w:val="ru-RU"/>
              </w:rPr>
              <w:t xml:space="preserve"> в случае грубого или систематического нарушения </w:t>
            </w:r>
            <w:r>
              <w:rPr>
                <w:rFonts w:cs="Times New Roman"/>
                <w:sz w:val="24"/>
                <w:szCs w:val="24"/>
                <w:lang w:val="ru-RU"/>
              </w:rPr>
              <w:t>Пациентом</w:t>
            </w:r>
            <w:r w:rsidRPr="00B50F9A">
              <w:rPr>
                <w:rFonts w:cs="Times New Roman"/>
                <w:sz w:val="24"/>
                <w:szCs w:val="24"/>
                <w:lang w:val="ru-RU"/>
              </w:rPr>
              <w:t xml:space="preserve"> условий настоящего Договора</w:t>
            </w:r>
            <w:r>
              <w:rPr>
                <w:rFonts w:cs="Times New Roman"/>
                <w:sz w:val="24"/>
                <w:szCs w:val="24"/>
                <w:lang w:val="ru-RU"/>
              </w:rPr>
              <w:t>,</w:t>
            </w:r>
            <w:r w:rsidRPr="00B50F9A">
              <w:rPr>
                <w:rFonts w:cs="Times New Roman"/>
                <w:sz w:val="24"/>
                <w:szCs w:val="24"/>
                <w:lang w:val="ru-RU"/>
              </w:rPr>
              <w:t xml:space="preserve"> внутренних правил Исполнителя</w:t>
            </w:r>
            <w:r>
              <w:rPr>
                <w:rFonts w:cs="Times New Roman"/>
                <w:sz w:val="24"/>
                <w:szCs w:val="24"/>
                <w:lang w:val="ru-RU"/>
              </w:rPr>
              <w:t>, любого нарушения общественного порядка, норм поведения в клинике Исполнителя, отказа предоставить информированное согласие, где оно необходимо</w:t>
            </w:r>
            <w:r w:rsidRPr="00B50F9A">
              <w:rPr>
                <w:rFonts w:cs="Times New Roman"/>
                <w:sz w:val="24"/>
                <w:szCs w:val="24"/>
                <w:lang w:val="ru-RU"/>
              </w:rPr>
              <w:t>.</w:t>
            </w:r>
          </w:p>
          <w:p w:rsidR="001179C2" w:rsidRPr="00B50F9A" w:rsidRDefault="001179C2" w:rsidP="001179C2">
            <w:pPr>
              <w:jc w:val="both"/>
              <w:rPr>
                <w:rFonts w:cs="Times New Roman"/>
                <w:sz w:val="24"/>
                <w:szCs w:val="24"/>
                <w:lang w:val="ru-RU"/>
              </w:rPr>
            </w:pPr>
            <w:r>
              <w:rPr>
                <w:rFonts w:cs="Times New Roman"/>
                <w:sz w:val="24"/>
                <w:szCs w:val="24"/>
                <w:lang w:val="ru-RU"/>
              </w:rPr>
              <w:t xml:space="preserve">5.2.4. </w:t>
            </w:r>
            <w:r w:rsidRPr="00847636">
              <w:rPr>
                <w:rFonts w:cs="Times New Roman"/>
                <w:sz w:val="24"/>
                <w:szCs w:val="24"/>
                <w:lang w:val="ru-RU"/>
              </w:rPr>
              <w:t>В случае неявки и/или опоздания Пациента более чем на 15 (пятнадцать) минут по отношению к назн</w:t>
            </w:r>
            <w:r>
              <w:rPr>
                <w:rFonts w:cs="Times New Roman"/>
                <w:sz w:val="24"/>
                <w:szCs w:val="24"/>
                <w:lang w:val="ru-RU"/>
              </w:rPr>
              <w:t>аченному времени получения у</w:t>
            </w:r>
            <w:r w:rsidRPr="00847636">
              <w:rPr>
                <w:rFonts w:cs="Times New Roman"/>
                <w:sz w:val="24"/>
                <w:szCs w:val="24"/>
                <w:lang w:val="ru-RU"/>
              </w:rPr>
              <w:t xml:space="preserve">слуги, </w:t>
            </w:r>
            <w:r>
              <w:rPr>
                <w:rFonts w:cs="Times New Roman"/>
                <w:sz w:val="24"/>
                <w:szCs w:val="24"/>
                <w:lang w:val="ru-RU"/>
              </w:rPr>
              <w:t>перене</w:t>
            </w:r>
            <w:r w:rsidRPr="00847636">
              <w:rPr>
                <w:rFonts w:cs="Times New Roman"/>
                <w:sz w:val="24"/>
                <w:szCs w:val="24"/>
                <w:lang w:val="ru-RU"/>
              </w:rPr>
              <w:t>с</w:t>
            </w:r>
            <w:r>
              <w:rPr>
                <w:rFonts w:cs="Times New Roman"/>
                <w:sz w:val="24"/>
                <w:szCs w:val="24"/>
                <w:lang w:val="ru-RU"/>
              </w:rPr>
              <w:t>ти время и дату</w:t>
            </w:r>
            <w:r w:rsidRPr="00847636">
              <w:rPr>
                <w:rFonts w:cs="Times New Roman"/>
                <w:sz w:val="24"/>
                <w:szCs w:val="24"/>
                <w:lang w:val="ru-RU"/>
              </w:rPr>
              <w:t xml:space="preserve"> получения услуги</w:t>
            </w:r>
            <w:r>
              <w:rPr>
                <w:rFonts w:cs="Times New Roman"/>
                <w:sz w:val="24"/>
                <w:szCs w:val="24"/>
                <w:lang w:val="ru-RU"/>
              </w:rPr>
              <w:t xml:space="preserve"> таким Пациентом или отменить</w:t>
            </w:r>
            <w:r w:rsidRPr="00847636">
              <w:rPr>
                <w:rFonts w:cs="Times New Roman"/>
                <w:sz w:val="24"/>
                <w:szCs w:val="24"/>
                <w:lang w:val="ru-RU"/>
              </w:rPr>
              <w:t xml:space="preserve"> </w:t>
            </w:r>
            <w:r>
              <w:rPr>
                <w:rFonts w:cs="Times New Roman"/>
                <w:sz w:val="24"/>
                <w:szCs w:val="24"/>
                <w:lang w:val="ru-RU"/>
              </w:rPr>
              <w:t>запись</w:t>
            </w:r>
            <w:r w:rsidRPr="00847636">
              <w:rPr>
                <w:rFonts w:cs="Times New Roman"/>
                <w:sz w:val="24"/>
                <w:szCs w:val="24"/>
                <w:lang w:val="ru-RU"/>
              </w:rPr>
              <w:t>.</w:t>
            </w:r>
          </w:p>
          <w:p w:rsidR="001179C2" w:rsidRDefault="001179C2" w:rsidP="001179C2">
            <w:pPr>
              <w:rPr>
                <w:rFonts w:cs="Times New Roman"/>
                <w:sz w:val="24"/>
                <w:szCs w:val="24"/>
                <w:lang w:val="ru-RU"/>
              </w:rPr>
            </w:pPr>
          </w:p>
        </w:tc>
        <w:tc>
          <w:tcPr>
            <w:tcW w:w="5103" w:type="dxa"/>
          </w:tcPr>
          <w:p w:rsidR="00F03A80" w:rsidRPr="00F03A80" w:rsidRDefault="00F03A80" w:rsidP="005F64FB">
            <w:pPr>
              <w:pStyle w:val="aa"/>
              <w:pBdr>
                <w:bottom w:val="none" w:sz="0" w:space="0" w:color="auto"/>
              </w:pBdr>
              <w:rPr>
                <w:rFonts w:ascii="Times New Roman" w:hAnsi="Times New Roman" w:cs="Times New Roman"/>
                <w:color w:val="000000" w:themeColor="text1"/>
                <w:sz w:val="24"/>
                <w:szCs w:val="24"/>
                <w:lang w:val="ru-RU"/>
              </w:rPr>
            </w:pPr>
            <w:r w:rsidRPr="00F03A80">
              <w:rPr>
                <w:rFonts w:ascii="Times New Roman" w:hAnsi="Times New Roman" w:cs="Times New Roman"/>
                <w:color w:val="000000" w:themeColor="text1"/>
                <w:sz w:val="24"/>
                <w:szCs w:val="24"/>
                <w:lang w:val="ru-RU"/>
              </w:rPr>
              <w:lastRenderedPageBreak/>
              <w:t>5.2. Орындаушының құқықтары:</w:t>
            </w:r>
          </w:p>
          <w:p w:rsidR="00F03A80" w:rsidRPr="00F03A80" w:rsidRDefault="00F03A80" w:rsidP="005F64FB">
            <w:pPr>
              <w:pStyle w:val="aa"/>
              <w:pBdr>
                <w:bottom w:val="none" w:sz="0" w:space="0" w:color="auto"/>
              </w:pBdr>
              <w:jc w:val="both"/>
              <w:rPr>
                <w:rFonts w:ascii="Times New Roman" w:hAnsi="Times New Roman" w:cs="Times New Roman"/>
                <w:color w:val="000000" w:themeColor="text1"/>
                <w:sz w:val="24"/>
                <w:szCs w:val="24"/>
                <w:lang w:val="ru-RU"/>
              </w:rPr>
            </w:pPr>
            <w:r w:rsidRPr="00F03A80">
              <w:rPr>
                <w:rFonts w:ascii="Times New Roman" w:hAnsi="Times New Roman" w:cs="Times New Roman"/>
                <w:color w:val="000000" w:themeColor="text1"/>
                <w:sz w:val="24"/>
                <w:szCs w:val="24"/>
                <w:lang w:val="ru-RU"/>
              </w:rPr>
              <w:t>5.2.1. Осы Шартта көзделген мерзімдерде және тәртіппен Қызметтерге ақы алуға.</w:t>
            </w:r>
          </w:p>
          <w:p w:rsidR="00F03A80" w:rsidRPr="00F03A80" w:rsidRDefault="00F03A80" w:rsidP="005F64FB">
            <w:pPr>
              <w:pStyle w:val="aa"/>
              <w:pBdr>
                <w:bottom w:val="none" w:sz="0" w:space="0" w:color="auto"/>
              </w:pBdr>
              <w:jc w:val="both"/>
              <w:rPr>
                <w:rFonts w:ascii="Times New Roman" w:hAnsi="Times New Roman" w:cs="Times New Roman"/>
                <w:color w:val="000000" w:themeColor="text1"/>
                <w:sz w:val="24"/>
                <w:szCs w:val="24"/>
                <w:lang w:val="ru-RU"/>
              </w:rPr>
            </w:pPr>
            <w:r w:rsidRPr="00F03A80">
              <w:rPr>
                <w:rFonts w:ascii="Times New Roman" w:hAnsi="Times New Roman" w:cs="Times New Roman"/>
                <w:color w:val="000000" w:themeColor="text1"/>
                <w:sz w:val="24"/>
                <w:szCs w:val="24"/>
                <w:lang w:val="ru-RU"/>
              </w:rPr>
              <w:t>5.2.2. Пациенттің келісімі болған жағдайда бастапқы Жеке емдеу жоспарында көзделмеген қосымша ақылы Қызметтерді көрсетуге және кейіннен оған тиісті толықтыру енгізуге.</w:t>
            </w:r>
          </w:p>
          <w:p w:rsidR="00F03A80" w:rsidRDefault="00F03A80" w:rsidP="005F64FB">
            <w:pPr>
              <w:pStyle w:val="aa"/>
              <w:pBdr>
                <w:bottom w:val="none" w:sz="0" w:space="0" w:color="auto"/>
              </w:pBdr>
              <w:jc w:val="both"/>
              <w:rPr>
                <w:rFonts w:ascii="Times New Roman" w:hAnsi="Times New Roman" w:cs="Times New Roman"/>
                <w:color w:val="000000" w:themeColor="text1"/>
                <w:sz w:val="24"/>
                <w:szCs w:val="24"/>
                <w:lang w:val="ru-RU"/>
              </w:rPr>
            </w:pPr>
            <w:r w:rsidRPr="00F03A80">
              <w:rPr>
                <w:rFonts w:ascii="Times New Roman" w:hAnsi="Times New Roman" w:cs="Times New Roman"/>
                <w:color w:val="000000" w:themeColor="text1"/>
                <w:sz w:val="24"/>
                <w:szCs w:val="24"/>
                <w:lang w:val="ru-RU"/>
              </w:rPr>
              <w:lastRenderedPageBreak/>
              <w:t xml:space="preserve">5.2.3. Пациент осы Шарт талаптарын, Орындаушының ішкі тәртібін өрескел немесе жүйелі түрде бұзған, клиника аумағында қоғамдық тәртіпті немесе мінез-құлық нормаларын бұзған, қажетті жерлерде </w:t>
            </w:r>
            <w:r w:rsidR="005F64FB" w:rsidRPr="005F64FB">
              <w:rPr>
                <w:rFonts w:ascii="Times New Roman" w:hAnsi="Times New Roman" w:cs="Times New Roman"/>
                <w:color w:val="000000" w:themeColor="text1"/>
                <w:sz w:val="24"/>
                <w:szCs w:val="24"/>
                <w:lang w:val="ru-RU"/>
              </w:rPr>
              <w:t>хабардар етілген келісім</w:t>
            </w:r>
            <w:r w:rsidR="005F64FB">
              <w:rPr>
                <w:rFonts w:ascii="Times New Roman" w:hAnsi="Times New Roman" w:cs="Times New Roman"/>
                <w:color w:val="000000" w:themeColor="text1"/>
                <w:sz w:val="24"/>
                <w:szCs w:val="24"/>
                <w:lang w:val="ru-RU"/>
              </w:rPr>
              <w:t xml:space="preserve"> </w:t>
            </w:r>
            <w:r w:rsidRPr="00F03A80">
              <w:rPr>
                <w:rFonts w:ascii="Times New Roman" w:hAnsi="Times New Roman" w:cs="Times New Roman"/>
                <w:color w:val="000000" w:themeColor="text1"/>
                <w:sz w:val="24"/>
                <w:szCs w:val="24"/>
                <w:lang w:val="ru-RU"/>
              </w:rPr>
              <w:t>беруден бас тартқан жағдайда Қызметтер көрсетуді тоқтатуға.</w:t>
            </w:r>
          </w:p>
          <w:p w:rsidR="001179C2" w:rsidRPr="001179C2" w:rsidRDefault="005F64FB" w:rsidP="005F64FB">
            <w:pPr>
              <w:pStyle w:val="aa"/>
              <w:pBdr>
                <w:bottom w:val="none" w:sz="0" w:space="0" w:color="auto"/>
              </w:pBdr>
              <w:jc w:val="both"/>
              <w:rPr>
                <w:rFonts w:ascii="Times New Roman" w:hAnsi="Times New Roman" w:cs="Times New Roman"/>
                <w:color w:val="000000" w:themeColor="text1"/>
                <w:sz w:val="24"/>
                <w:szCs w:val="24"/>
                <w:lang w:val="ru-RU"/>
              </w:rPr>
            </w:pPr>
            <w:r w:rsidRPr="005F64FB">
              <w:rPr>
                <w:rFonts w:ascii="Times New Roman" w:hAnsi="Times New Roman" w:cs="Times New Roman"/>
                <w:color w:val="000000" w:themeColor="text1"/>
                <w:sz w:val="24"/>
                <w:szCs w:val="24"/>
                <w:lang w:val="ru-RU"/>
              </w:rPr>
              <w:t>5.2.4. Пациент қабылдау уақытына 15 (он бес) минуттан артық кешіккен және/немесе келмеген жағдайда, Қызмет көрсету күнін және уақытын өзгертуге немесе жазбаны жоюға</w:t>
            </w:r>
          </w:p>
        </w:tc>
      </w:tr>
      <w:tr w:rsidR="001179C2" w:rsidRPr="00812E08" w:rsidTr="0020029F">
        <w:tc>
          <w:tcPr>
            <w:tcW w:w="5246" w:type="dxa"/>
          </w:tcPr>
          <w:p w:rsidR="001179C2" w:rsidRPr="00B50F9A" w:rsidRDefault="001179C2" w:rsidP="001179C2">
            <w:pPr>
              <w:rPr>
                <w:rFonts w:cs="Times New Roman"/>
                <w:sz w:val="24"/>
                <w:szCs w:val="24"/>
                <w:lang w:val="ru-RU"/>
              </w:rPr>
            </w:pPr>
            <w:r>
              <w:rPr>
                <w:rFonts w:cs="Times New Roman"/>
                <w:sz w:val="24"/>
                <w:szCs w:val="24"/>
                <w:lang w:val="ru-RU"/>
              </w:rPr>
              <w:lastRenderedPageBreak/>
              <w:t>5.</w:t>
            </w:r>
            <w:r w:rsidRPr="00B50F9A">
              <w:rPr>
                <w:rFonts w:cs="Times New Roman"/>
                <w:sz w:val="24"/>
                <w:szCs w:val="24"/>
                <w:lang w:val="ru-RU"/>
              </w:rPr>
              <w:t xml:space="preserve">3. Обязанности </w:t>
            </w:r>
            <w:r>
              <w:rPr>
                <w:rFonts w:cs="Times New Roman"/>
                <w:sz w:val="24"/>
                <w:szCs w:val="24"/>
                <w:lang w:val="ru-RU"/>
              </w:rPr>
              <w:t>Пациента</w:t>
            </w:r>
            <w:r w:rsidRPr="00B50F9A">
              <w:rPr>
                <w:rFonts w:cs="Times New Roman"/>
                <w:sz w:val="24"/>
                <w:szCs w:val="24"/>
                <w:lang w:val="ru-RU"/>
              </w:rPr>
              <w:t>:</w:t>
            </w:r>
          </w:p>
          <w:p w:rsidR="001179C2" w:rsidRDefault="001179C2" w:rsidP="001179C2">
            <w:pPr>
              <w:jc w:val="both"/>
              <w:rPr>
                <w:lang w:val="ru-RU"/>
              </w:rPr>
            </w:pPr>
            <w:r>
              <w:rPr>
                <w:rFonts w:cs="Times New Roman"/>
                <w:sz w:val="24"/>
                <w:szCs w:val="24"/>
                <w:lang w:val="ru-RU"/>
              </w:rPr>
              <w:t>5.</w:t>
            </w:r>
            <w:r w:rsidRPr="00B50F9A">
              <w:rPr>
                <w:rFonts w:cs="Times New Roman"/>
                <w:sz w:val="24"/>
                <w:szCs w:val="24"/>
                <w:lang w:val="ru-RU"/>
              </w:rPr>
              <w:t>3.1. Предоставить достоверные свед</w:t>
            </w:r>
            <w:r>
              <w:rPr>
                <w:rFonts w:cs="Times New Roman"/>
                <w:sz w:val="24"/>
                <w:szCs w:val="24"/>
                <w:lang w:val="ru-RU"/>
              </w:rPr>
              <w:t>ения, необходимые для оказания Услуг</w:t>
            </w:r>
            <w:r w:rsidRPr="00B50F9A">
              <w:rPr>
                <w:rFonts w:cs="Times New Roman"/>
                <w:sz w:val="24"/>
                <w:szCs w:val="24"/>
                <w:lang w:val="ru-RU"/>
              </w:rPr>
              <w:t>, включая персональные данные и информированное согласие</w:t>
            </w:r>
            <w:r>
              <w:rPr>
                <w:rFonts w:cs="Times New Roman"/>
                <w:sz w:val="24"/>
                <w:szCs w:val="24"/>
                <w:lang w:val="ru-RU"/>
              </w:rPr>
              <w:t xml:space="preserve"> пациента</w:t>
            </w:r>
            <w:r w:rsidRPr="00B50F9A">
              <w:rPr>
                <w:rFonts w:cs="Times New Roman"/>
                <w:sz w:val="24"/>
                <w:szCs w:val="24"/>
                <w:lang w:val="ru-RU"/>
              </w:rPr>
              <w:t>.</w:t>
            </w:r>
            <w:r w:rsidRPr="00941C34">
              <w:rPr>
                <w:lang w:val="ru-RU"/>
              </w:rPr>
              <w:t xml:space="preserve"> </w:t>
            </w:r>
          </w:p>
          <w:p w:rsidR="001179C2" w:rsidRPr="00B50F9A" w:rsidRDefault="001179C2" w:rsidP="001179C2">
            <w:pPr>
              <w:jc w:val="both"/>
              <w:rPr>
                <w:rFonts w:cs="Times New Roman"/>
                <w:sz w:val="24"/>
                <w:szCs w:val="24"/>
                <w:lang w:val="ru-RU"/>
              </w:rPr>
            </w:pPr>
            <w:r w:rsidRPr="00316E07">
              <w:rPr>
                <w:sz w:val="24"/>
                <w:szCs w:val="24"/>
                <w:lang w:val="ru-RU"/>
              </w:rPr>
              <w:t>5.3.2.</w:t>
            </w:r>
            <w:r>
              <w:rPr>
                <w:lang w:val="ru-RU"/>
              </w:rPr>
              <w:t xml:space="preserve"> </w:t>
            </w:r>
            <w:r w:rsidRPr="00941C34">
              <w:rPr>
                <w:rFonts w:cs="Times New Roman"/>
                <w:sz w:val="24"/>
                <w:szCs w:val="24"/>
                <w:lang w:val="ru-RU"/>
              </w:rPr>
              <w:t xml:space="preserve">До начала оказания </w:t>
            </w:r>
            <w:r>
              <w:rPr>
                <w:rFonts w:cs="Times New Roman"/>
                <w:sz w:val="24"/>
                <w:szCs w:val="24"/>
                <w:lang w:val="ru-RU"/>
              </w:rPr>
              <w:t>Услуг</w:t>
            </w:r>
            <w:r w:rsidRPr="00941C34">
              <w:rPr>
                <w:rFonts w:cs="Times New Roman"/>
                <w:sz w:val="24"/>
                <w:szCs w:val="24"/>
                <w:lang w:val="ru-RU"/>
              </w:rPr>
              <w:t xml:space="preserve"> сообщить Исполнителю всю необходимую информацию</w:t>
            </w:r>
            <w:r>
              <w:rPr>
                <w:rFonts w:cs="Times New Roman"/>
                <w:sz w:val="24"/>
                <w:szCs w:val="24"/>
                <w:lang w:val="ru-RU"/>
              </w:rPr>
              <w:t xml:space="preserve"> о состоянии своего здоровья</w:t>
            </w:r>
            <w:r w:rsidRPr="00941C34">
              <w:rPr>
                <w:rFonts w:cs="Times New Roman"/>
                <w:sz w:val="24"/>
                <w:szCs w:val="24"/>
                <w:lang w:val="ru-RU"/>
              </w:rPr>
              <w:t>, в том числе об аллергических реакциях на лекарственные средства, о перенесенных и текущих заболеваниях</w:t>
            </w:r>
            <w:r>
              <w:rPr>
                <w:rFonts w:cs="Times New Roman"/>
                <w:sz w:val="24"/>
                <w:szCs w:val="24"/>
                <w:lang w:val="ru-RU"/>
              </w:rPr>
              <w:t>,</w:t>
            </w:r>
            <w:r w:rsidRPr="00941C34">
              <w:rPr>
                <w:rFonts w:cs="Times New Roman"/>
                <w:sz w:val="24"/>
                <w:szCs w:val="24"/>
                <w:lang w:val="ru-RU"/>
              </w:rPr>
              <w:t xml:space="preserve"> о приеме медицинских препарат</w:t>
            </w:r>
            <w:r>
              <w:rPr>
                <w:rFonts w:cs="Times New Roman"/>
                <w:sz w:val="24"/>
                <w:szCs w:val="24"/>
                <w:lang w:val="ru-RU"/>
              </w:rPr>
              <w:t>ов, индивидуальных особенностях</w:t>
            </w:r>
            <w:r w:rsidRPr="00941C34">
              <w:rPr>
                <w:rFonts w:cs="Times New Roman"/>
                <w:sz w:val="24"/>
                <w:szCs w:val="24"/>
                <w:lang w:val="ru-RU"/>
              </w:rPr>
              <w:t xml:space="preserve"> и иных факторах, которы</w:t>
            </w:r>
            <w:r>
              <w:rPr>
                <w:rFonts w:cs="Times New Roman"/>
                <w:sz w:val="24"/>
                <w:szCs w:val="24"/>
                <w:lang w:val="ru-RU"/>
              </w:rPr>
              <w:t xml:space="preserve">е могут повлиять на ход лечения. </w:t>
            </w:r>
            <w:r w:rsidRPr="00941C34">
              <w:rPr>
                <w:rFonts w:cs="Times New Roman"/>
                <w:sz w:val="24"/>
                <w:szCs w:val="24"/>
                <w:lang w:val="ru-RU"/>
              </w:rPr>
              <w:t>В случае сокрытия или предоставления неполной информации о своем здоровье ответственность за результат лечения Исполнитель не несет.</w:t>
            </w:r>
          </w:p>
          <w:p w:rsidR="001179C2" w:rsidRPr="00B50F9A" w:rsidRDefault="001179C2" w:rsidP="001179C2">
            <w:pPr>
              <w:jc w:val="both"/>
              <w:rPr>
                <w:rFonts w:cs="Times New Roman"/>
                <w:sz w:val="24"/>
                <w:szCs w:val="24"/>
                <w:lang w:val="ru-RU"/>
              </w:rPr>
            </w:pPr>
            <w:r>
              <w:rPr>
                <w:rFonts w:cs="Times New Roman"/>
                <w:sz w:val="24"/>
                <w:szCs w:val="24"/>
                <w:lang w:val="ru-RU"/>
              </w:rPr>
              <w:t>5.3.3</w:t>
            </w:r>
            <w:r w:rsidRPr="00B50F9A">
              <w:rPr>
                <w:rFonts w:cs="Times New Roman"/>
                <w:sz w:val="24"/>
                <w:szCs w:val="24"/>
                <w:lang w:val="ru-RU"/>
              </w:rPr>
              <w:t xml:space="preserve">. Своевременно и в полном объеме </w:t>
            </w:r>
            <w:r>
              <w:rPr>
                <w:rFonts w:cs="Times New Roman"/>
                <w:sz w:val="24"/>
                <w:szCs w:val="24"/>
                <w:lang w:val="ru-RU"/>
              </w:rPr>
              <w:t>оплатить стоимость оказываемых Услуг</w:t>
            </w:r>
            <w:r w:rsidRPr="00B50F9A">
              <w:rPr>
                <w:rFonts w:cs="Times New Roman"/>
                <w:sz w:val="24"/>
                <w:szCs w:val="24"/>
                <w:lang w:val="ru-RU"/>
              </w:rPr>
              <w:t xml:space="preserve"> в порядке, установленном Договором.</w:t>
            </w:r>
          </w:p>
          <w:p w:rsidR="001179C2" w:rsidRPr="00B50F9A" w:rsidRDefault="001179C2" w:rsidP="001179C2">
            <w:pPr>
              <w:jc w:val="both"/>
              <w:rPr>
                <w:rFonts w:cs="Times New Roman"/>
                <w:sz w:val="24"/>
                <w:szCs w:val="24"/>
                <w:lang w:val="ru-RU"/>
              </w:rPr>
            </w:pPr>
            <w:r>
              <w:rPr>
                <w:rFonts w:cs="Times New Roman"/>
                <w:sz w:val="24"/>
                <w:szCs w:val="24"/>
                <w:lang w:val="ru-RU"/>
              </w:rPr>
              <w:t xml:space="preserve">5.3.4. Соблюдать внутренние правила, режим работы Исполнителя, </w:t>
            </w:r>
            <w:r w:rsidRPr="00316E07">
              <w:rPr>
                <w:rFonts w:cs="Times New Roman"/>
                <w:sz w:val="24"/>
                <w:szCs w:val="24"/>
                <w:lang w:val="ru-RU"/>
              </w:rPr>
              <w:t>правила техники безоп</w:t>
            </w:r>
            <w:r>
              <w:rPr>
                <w:rFonts w:cs="Times New Roman"/>
                <w:sz w:val="24"/>
                <w:szCs w:val="24"/>
                <w:lang w:val="ru-RU"/>
              </w:rPr>
              <w:t>асности и пожарной безопасности, и иные</w:t>
            </w:r>
            <w:r w:rsidRPr="00B50F9A">
              <w:rPr>
                <w:rFonts w:cs="Times New Roman"/>
                <w:sz w:val="24"/>
                <w:szCs w:val="24"/>
                <w:lang w:val="ru-RU"/>
              </w:rPr>
              <w:t xml:space="preserve"> требования законодательства Республики Казахстан при получении медицинской помощи.</w:t>
            </w:r>
            <w:r>
              <w:rPr>
                <w:rFonts w:cs="Times New Roman"/>
                <w:sz w:val="24"/>
                <w:szCs w:val="24"/>
                <w:lang w:val="ru-RU"/>
              </w:rPr>
              <w:t xml:space="preserve"> </w:t>
            </w:r>
          </w:p>
          <w:p w:rsidR="001179C2" w:rsidRPr="00B50F9A"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3.</w:t>
            </w:r>
            <w:r>
              <w:rPr>
                <w:rFonts w:cs="Times New Roman"/>
                <w:sz w:val="24"/>
                <w:szCs w:val="24"/>
                <w:lang w:val="ru-RU"/>
              </w:rPr>
              <w:t>5</w:t>
            </w:r>
            <w:r w:rsidRPr="00B50F9A">
              <w:rPr>
                <w:rFonts w:cs="Times New Roman"/>
                <w:sz w:val="24"/>
                <w:szCs w:val="24"/>
                <w:lang w:val="ru-RU"/>
              </w:rPr>
              <w:t>. Уведомить Испо</w:t>
            </w:r>
            <w:r>
              <w:rPr>
                <w:rFonts w:cs="Times New Roman"/>
                <w:sz w:val="24"/>
                <w:szCs w:val="24"/>
                <w:lang w:val="ru-RU"/>
              </w:rPr>
              <w:t>лнителя об отказе от получения Услуг</w:t>
            </w:r>
            <w:r w:rsidRPr="00B50F9A">
              <w:rPr>
                <w:rFonts w:cs="Times New Roman"/>
                <w:sz w:val="24"/>
                <w:szCs w:val="24"/>
                <w:lang w:val="ru-RU"/>
              </w:rPr>
              <w:t xml:space="preserve"> не менее чем за один календарный день до назначенной даты.</w:t>
            </w:r>
            <w:r w:rsidRPr="00941C34">
              <w:rPr>
                <w:lang w:val="ru-RU"/>
              </w:rPr>
              <w:t xml:space="preserve"> </w:t>
            </w:r>
            <w:r w:rsidRPr="00941C34">
              <w:rPr>
                <w:rFonts w:cs="Times New Roman"/>
                <w:sz w:val="24"/>
                <w:szCs w:val="24"/>
                <w:lang w:val="ru-RU"/>
              </w:rPr>
              <w:t>В случа</w:t>
            </w:r>
            <w:r>
              <w:rPr>
                <w:rFonts w:cs="Times New Roman"/>
                <w:sz w:val="24"/>
                <w:szCs w:val="24"/>
                <w:lang w:val="ru-RU"/>
              </w:rPr>
              <w:t>е отказа от Услуг</w:t>
            </w:r>
            <w:r w:rsidRPr="00941C34">
              <w:rPr>
                <w:rFonts w:cs="Times New Roman"/>
                <w:sz w:val="24"/>
                <w:szCs w:val="24"/>
                <w:lang w:val="ru-RU"/>
              </w:rPr>
              <w:t>, которые могли бы, по мнению врачей Исполнителя, уменьшить или снять опасность для здоровья Пациента, дать соответствующую расписку об отказе от медицинской помощи.</w:t>
            </w:r>
          </w:p>
          <w:p w:rsidR="001179C2"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3.</w:t>
            </w:r>
            <w:r>
              <w:rPr>
                <w:rFonts w:cs="Times New Roman"/>
                <w:sz w:val="24"/>
                <w:szCs w:val="24"/>
                <w:lang w:val="ru-RU"/>
              </w:rPr>
              <w:t>6</w:t>
            </w:r>
            <w:r w:rsidRPr="00B50F9A">
              <w:rPr>
                <w:rFonts w:cs="Times New Roman"/>
                <w:sz w:val="24"/>
                <w:szCs w:val="24"/>
                <w:lang w:val="ru-RU"/>
              </w:rPr>
              <w:t xml:space="preserve">. </w:t>
            </w:r>
            <w:r w:rsidRPr="00316E07">
              <w:rPr>
                <w:rFonts w:cs="Times New Roman"/>
                <w:sz w:val="24"/>
                <w:szCs w:val="24"/>
                <w:lang w:val="ru-RU"/>
              </w:rPr>
              <w:t>При прохождении курса лечения сообщать лечащему врачу о любых изменениях самочувствия.</w:t>
            </w:r>
          </w:p>
          <w:p w:rsidR="005F64FB" w:rsidRPr="005F64FB" w:rsidRDefault="005F64FB" w:rsidP="001179C2">
            <w:pPr>
              <w:jc w:val="both"/>
              <w:rPr>
                <w:rFonts w:cs="Times New Roman"/>
                <w:sz w:val="24"/>
                <w:szCs w:val="24"/>
                <w:lang w:val="ru-RU"/>
              </w:rPr>
            </w:pPr>
            <w:r w:rsidRPr="00494A47">
              <w:rPr>
                <w:rFonts w:cs="Times New Roman"/>
                <w:sz w:val="24"/>
                <w:szCs w:val="24"/>
                <w:lang w:val="ru-RU"/>
              </w:rPr>
              <w:lastRenderedPageBreak/>
              <w:t>5.3.7. Явиться на прием в дату и время, соответствующие записи, произведенной по инициативе Пациента в соответствующей клинике Исполнителя.</w:t>
            </w:r>
          </w:p>
          <w:p w:rsidR="001179C2" w:rsidRDefault="001179C2" w:rsidP="001179C2">
            <w:pPr>
              <w:rPr>
                <w:rFonts w:cs="Times New Roman"/>
                <w:sz w:val="24"/>
                <w:szCs w:val="24"/>
                <w:lang w:val="ru-RU"/>
              </w:rPr>
            </w:pPr>
          </w:p>
        </w:tc>
        <w:tc>
          <w:tcPr>
            <w:tcW w:w="5103" w:type="dxa"/>
          </w:tcPr>
          <w:p w:rsidR="00F03A80" w:rsidRPr="00F03A80" w:rsidRDefault="00F03A80" w:rsidP="00F03A80">
            <w:pPr>
              <w:rPr>
                <w:rFonts w:cs="Times New Roman"/>
                <w:bCs/>
                <w:color w:val="000000" w:themeColor="text1"/>
                <w:sz w:val="24"/>
                <w:szCs w:val="24"/>
                <w:lang w:val="ru-RU" w:eastAsia="ru-RU"/>
              </w:rPr>
            </w:pPr>
            <w:r w:rsidRPr="00F03A80">
              <w:rPr>
                <w:rFonts w:cs="Times New Roman"/>
                <w:bCs/>
                <w:color w:val="000000" w:themeColor="text1"/>
                <w:sz w:val="24"/>
                <w:szCs w:val="24"/>
                <w:lang w:val="ru-RU" w:eastAsia="ru-RU"/>
              </w:rPr>
              <w:lastRenderedPageBreak/>
              <w:t>5.3. Пациенттің міндеттері:</w:t>
            </w:r>
          </w:p>
          <w:p w:rsidR="00F03A80" w:rsidRPr="00F03A80" w:rsidRDefault="00F03A80" w:rsidP="00EA4147">
            <w:pPr>
              <w:jc w:val="both"/>
              <w:rPr>
                <w:rFonts w:cs="Times New Roman"/>
                <w:color w:val="000000" w:themeColor="text1"/>
                <w:sz w:val="24"/>
                <w:szCs w:val="24"/>
                <w:lang w:val="ru-RU" w:eastAsia="ru-RU"/>
              </w:rPr>
            </w:pPr>
            <w:r w:rsidRPr="00F03A80">
              <w:rPr>
                <w:rFonts w:cs="Times New Roman"/>
                <w:bCs/>
                <w:color w:val="000000" w:themeColor="text1"/>
                <w:sz w:val="24"/>
                <w:szCs w:val="24"/>
                <w:lang w:val="ru-RU" w:eastAsia="ru-RU"/>
              </w:rPr>
              <w:t>5.3.1.</w:t>
            </w:r>
            <w:r w:rsidRPr="00F03A80">
              <w:rPr>
                <w:rFonts w:cs="Times New Roman"/>
                <w:color w:val="000000" w:themeColor="text1"/>
                <w:sz w:val="24"/>
                <w:szCs w:val="24"/>
                <w:lang w:val="ru-RU" w:eastAsia="ru-RU"/>
              </w:rPr>
              <w:t xml:space="preserve"> Қызмет көрсету үшін қажетті шынайы ақпаратты, оның ішінде дербес деректер мен </w:t>
            </w:r>
            <w:r w:rsidR="00EA4147" w:rsidRPr="005F64FB">
              <w:rPr>
                <w:rFonts w:cs="Times New Roman"/>
                <w:color w:val="000000" w:themeColor="text1"/>
                <w:sz w:val="24"/>
                <w:szCs w:val="24"/>
                <w:lang w:val="ru-RU"/>
              </w:rPr>
              <w:t>хабардар етілген келісім</w:t>
            </w:r>
            <w:r w:rsidR="00EA4147">
              <w:rPr>
                <w:rFonts w:cs="Times New Roman"/>
                <w:color w:val="000000" w:themeColor="text1"/>
                <w:sz w:val="24"/>
                <w:szCs w:val="24"/>
                <w:lang w:val="ru-RU"/>
              </w:rPr>
              <w:t xml:space="preserve"> </w:t>
            </w:r>
            <w:r w:rsidRPr="00F03A80">
              <w:rPr>
                <w:rFonts w:cs="Times New Roman"/>
                <w:color w:val="000000" w:themeColor="text1"/>
                <w:sz w:val="24"/>
                <w:szCs w:val="24"/>
                <w:lang w:val="ru-RU" w:eastAsia="ru-RU"/>
              </w:rPr>
              <w:t>ұсыну.</w:t>
            </w:r>
          </w:p>
          <w:p w:rsidR="00F03A80" w:rsidRPr="00F03A80" w:rsidRDefault="00F03A80" w:rsidP="00F03A80">
            <w:pPr>
              <w:jc w:val="both"/>
              <w:rPr>
                <w:rFonts w:cs="Times New Roman"/>
                <w:color w:val="000000" w:themeColor="text1"/>
                <w:sz w:val="24"/>
                <w:szCs w:val="24"/>
                <w:lang w:val="ru-RU" w:eastAsia="ru-RU"/>
              </w:rPr>
            </w:pPr>
            <w:r w:rsidRPr="00F03A80">
              <w:rPr>
                <w:rFonts w:cs="Times New Roman"/>
                <w:bCs/>
                <w:color w:val="000000" w:themeColor="text1"/>
                <w:sz w:val="24"/>
                <w:szCs w:val="24"/>
                <w:lang w:val="ru-RU" w:eastAsia="ru-RU"/>
              </w:rPr>
              <w:t>5.3.2.</w:t>
            </w:r>
            <w:r w:rsidRPr="00F03A80">
              <w:rPr>
                <w:rFonts w:cs="Times New Roman"/>
                <w:color w:val="000000" w:themeColor="text1"/>
                <w:sz w:val="24"/>
                <w:szCs w:val="24"/>
                <w:lang w:val="ru-RU" w:eastAsia="ru-RU"/>
              </w:rPr>
              <w:t xml:space="preserve"> Қызметтер көрсетілгенге дейін өзінің денсаулығының жағдайы туралы, атап айтқанда, дәрілік заттарға аллергиялық реакциялар, бұрын болған және ағымдағы аурулар, қабылданып жатқан препараттар, жеке ерекшеліктер мен емдеуге әсер етуі мүмкін өзге де факторлар туралы Орындаушыға хабарлау. Денсаулық жағдайы туралы ақпаратты жасыру немесе толық емес ақпарат беру салдарынан ем нәтижесі үшін Орындаушы жауап бермейді.</w:t>
            </w:r>
          </w:p>
          <w:p w:rsidR="00F03A80" w:rsidRPr="00F03A80" w:rsidRDefault="00F03A80" w:rsidP="00EA4147">
            <w:pPr>
              <w:jc w:val="both"/>
              <w:rPr>
                <w:rFonts w:cs="Times New Roman"/>
                <w:color w:val="000000" w:themeColor="text1"/>
                <w:sz w:val="24"/>
                <w:szCs w:val="24"/>
                <w:lang w:val="ru-RU" w:eastAsia="ru-RU"/>
              </w:rPr>
            </w:pPr>
            <w:r w:rsidRPr="00F03A80">
              <w:rPr>
                <w:rFonts w:cs="Times New Roman"/>
                <w:bCs/>
                <w:color w:val="000000" w:themeColor="text1"/>
                <w:sz w:val="24"/>
                <w:szCs w:val="24"/>
                <w:lang w:val="ru-RU" w:eastAsia="ru-RU"/>
              </w:rPr>
              <w:t>5.3.3.</w:t>
            </w:r>
            <w:r w:rsidRPr="00F03A80">
              <w:rPr>
                <w:rFonts w:cs="Times New Roman"/>
                <w:color w:val="000000" w:themeColor="text1"/>
                <w:sz w:val="24"/>
                <w:szCs w:val="24"/>
                <w:lang w:val="ru-RU" w:eastAsia="ru-RU"/>
              </w:rPr>
              <w:t xml:space="preserve"> Қызметтердің құнын осы Шартта белгіленген тәртіппен және мерзімдерде толық көлемде төлеу.</w:t>
            </w:r>
          </w:p>
          <w:p w:rsidR="00F03A80" w:rsidRPr="00F03A80" w:rsidRDefault="00F03A80" w:rsidP="00EA4147">
            <w:pPr>
              <w:jc w:val="both"/>
              <w:rPr>
                <w:rFonts w:cs="Times New Roman"/>
                <w:color w:val="000000" w:themeColor="text1"/>
                <w:sz w:val="24"/>
                <w:szCs w:val="24"/>
                <w:lang w:val="ru-RU" w:eastAsia="ru-RU"/>
              </w:rPr>
            </w:pPr>
            <w:r w:rsidRPr="00F03A80">
              <w:rPr>
                <w:rFonts w:cs="Times New Roman"/>
                <w:bCs/>
                <w:color w:val="000000" w:themeColor="text1"/>
                <w:sz w:val="24"/>
                <w:szCs w:val="24"/>
                <w:lang w:val="ru-RU" w:eastAsia="ru-RU"/>
              </w:rPr>
              <w:t>5.3.4.</w:t>
            </w:r>
            <w:r w:rsidRPr="00F03A80">
              <w:rPr>
                <w:rFonts w:cs="Times New Roman"/>
                <w:color w:val="000000" w:themeColor="text1"/>
                <w:sz w:val="24"/>
                <w:szCs w:val="24"/>
                <w:lang w:val="ru-RU" w:eastAsia="ru-RU"/>
              </w:rPr>
              <w:t xml:space="preserve"> Орындаушының ішкі тәртібін, жұмыс режимін, еңбекті қорғау және өрт қауіпсіздігі ережелерін, сондай-ақ Қазақстан Республикасының заңнамасымен көзделген талаптарды сақтау.</w:t>
            </w:r>
          </w:p>
          <w:p w:rsidR="00F03A80" w:rsidRPr="00F03A80" w:rsidRDefault="00F03A80" w:rsidP="00EA4147">
            <w:pPr>
              <w:jc w:val="both"/>
              <w:rPr>
                <w:rFonts w:cs="Times New Roman"/>
                <w:color w:val="000000" w:themeColor="text1"/>
                <w:sz w:val="24"/>
                <w:szCs w:val="24"/>
                <w:lang w:val="ru-RU" w:eastAsia="ru-RU"/>
              </w:rPr>
            </w:pPr>
            <w:r w:rsidRPr="00F03A80">
              <w:rPr>
                <w:rFonts w:cs="Times New Roman"/>
                <w:bCs/>
                <w:color w:val="000000" w:themeColor="text1"/>
                <w:sz w:val="24"/>
                <w:szCs w:val="24"/>
                <w:lang w:val="ru-RU" w:eastAsia="ru-RU"/>
              </w:rPr>
              <w:t>5.3.5.</w:t>
            </w:r>
            <w:r w:rsidRPr="00F03A80">
              <w:rPr>
                <w:rFonts w:cs="Times New Roman"/>
                <w:color w:val="000000" w:themeColor="text1"/>
                <w:sz w:val="24"/>
                <w:szCs w:val="24"/>
                <w:lang w:val="ru-RU" w:eastAsia="ru-RU"/>
              </w:rPr>
              <w:t xml:space="preserve"> Қызметтерден бас тарту туралы Орындаушыны тағайындалған күнге дейін кемінде бір күнтізбелік күн бұрын хабардар ету. Егер Пациент Орындаушы дәрігерлерінің пікірінше, оның денсаулығына зиян келтіру қауіпін төмендетуі немесе жоюы мүмкін Қызметтерден бас тартса, онда медициналық көмектен бас тартқаны туралы қолхат жазуға міндетті.</w:t>
            </w:r>
          </w:p>
          <w:p w:rsidR="00F03A80" w:rsidRPr="00F03A80" w:rsidRDefault="00F03A80" w:rsidP="00EA4147">
            <w:pPr>
              <w:jc w:val="both"/>
              <w:rPr>
                <w:rFonts w:cs="Times New Roman"/>
                <w:color w:val="000000" w:themeColor="text1"/>
                <w:sz w:val="24"/>
                <w:szCs w:val="24"/>
                <w:lang w:val="ru-RU" w:eastAsia="ru-RU"/>
              </w:rPr>
            </w:pPr>
            <w:r w:rsidRPr="00F03A80">
              <w:rPr>
                <w:rFonts w:cs="Times New Roman"/>
                <w:bCs/>
                <w:color w:val="000000" w:themeColor="text1"/>
                <w:sz w:val="24"/>
                <w:szCs w:val="24"/>
                <w:lang w:val="ru-RU" w:eastAsia="ru-RU"/>
              </w:rPr>
              <w:t>5.3.6.</w:t>
            </w:r>
            <w:r w:rsidRPr="00F03A80">
              <w:rPr>
                <w:rFonts w:cs="Times New Roman"/>
                <w:color w:val="000000" w:themeColor="text1"/>
                <w:sz w:val="24"/>
                <w:szCs w:val="24"/>
                <w:lang w:val="ru-RU" w:eastAsia="ru-RU"/>
              </w:rPr>
              <w:t xml:space="preserve"> Емдеу курсы барысында өзін жайсыз сезінгені немесе жағдайының өзгерісі туралы емдеуші дәрігерге хабарлау</w:t>
            </w:r>
          </w:p>
          <w:p w:rsidR="001179C2" w:rsidRPr="001179C2" w:rsidRDefault="000A6D43" w:rsidP="00EA4147">
            <w:pPr>
              <w:pStyle w:val="aa"/>
              <w:pBdr>
                <w:bottom w:val="none" w:sz="0" w:space="0" w:color="auto"/>
              </w:pBdr>
              <w:jc w:val="both"/>
              <w:rPr>
                <w:rFonts w:ascii="Times New Roman" w:hAnsi="Times New Roman" w:cs="Times New Roman"/>
                <w:color w:val="000000" w:themeColor="text1"/>
                <w:sz w:val="24"/>
                <w:szCs w:val="24"/>
                <w:lang w:val="ru-RU"/>
              </w:rPr>
            </w:pPr>
            <w:r w:rsidRPr="00494A47">
              <w:rPr>
                <w:rFonts w:ascii="Times New Roman" w:hAnsi="Times New Roman" w:cs="Times New Roman"/>
                <w:color w:val="000000" w:themeColor="text1"/>
                <w:sz w:val="24"/>
                <w:szCs w:val="24"/>
                <w:lang w:val="ru-RU"/>
              </w:rPr>
              <w:t xml:space="preserve">5.3.7. Орындаушының тиісті клиникасында Пациенттің бастамасы бойынша жасалған </w:t>
            </w:r>
            <w:r w:rsidRPr="00494A47">
              <w:rPr>
                <w:rFonts w:ascii="Times New Roman" w:hAnsi="Times New Roman" w:cs="Times New Roman"/>
                <w:color w:val="000000" w:themeColor="text1"/>
                <w:sz w:val="24"/>
                <w:szCs w:val="24"/>
                <w:lang w:val="ru-RU"/>
              </w:rPr>
              <w:lastRenderedPageBreak/>
              <w:t>жазылу</w:t>
            </w:r>
            <w:r w:rsidRPr="00494A47">
              <w:rPr>
                <w:rFonts w:ascii="Times New Roman" w:hAnsi="Times New Roman" w:cs="Times New Roman"/>
                <w:color w:val="000000" w:themeColor="text1"/>
                <w:sz w:val="24"/>
                <w:szCs w:val="24"/>
                <w:lang w:val="kk-KZ"/>
              </w:rPr>
              <w:t>ға</w:t>
            </w:r>
            <w:r w:rsidRPr="00494A47">
              <w:rPr>
                <w:rFonts w:ascii="Times New Roman" w:hAnsi="Times New Roman" w:cs="Times New Roman"/>
                <w:color w:val="000000" w:themeColor="text1"/>
                <w:sz w:val="24"/>
                <w:szCs w:val="24"/>
                <w:lang w:val="ru-RU"/>
              </w:rPr>
              <w:t xml:space="preserve"> сәйкес күн мен уақытта қабылдауға келу.</w:t>
            </w:r>
          </w:p>
        </w:tc>
      </w:tr>
      <w:tr w:rsidR="001179C2" w:rsidRPr="00812E08" w:rsidTr="0020029F">
        <w:tc>
          <w:tcPr>
            <w:tcW w:w="5246" w:type="dxa"/>
          </w:tcPr>
          <w:p w:rsidR="001179C2" w:rsidRPr="00B50F9A" w:rsidRDefault="001179C2" w:rsidP="001179C2">
            <w:pPr>
              <w:rPr>
                <w:rFonts w:cs="Times New Roman"/>
                <w:sz w:val="24"/>
                <w:szCs w:val="24"/>
                <w:lang w:val="ru-RU"/>
              </w:rPr>
            </w:pPr>
            <w:r>
              <w:rPr>
                <w:rFonts w:cs="Times New Roman"/>
                <w:sz w:val="24"/>
                <w:szCs w:val="24"/>
                <w:lang w:val="ru-RU"/>
              </w:rPr>
              <w:lastRenderedPageBreak/>
              <w:t>5.</w:t>
            </w:r>
            <w:r w:rsidRPr="00B50F9A">
              <w:rPr>
                <w:rFonts w:cs="Times New Roman"/>
                <w:sz w:val="24"/>
                <w:szCs w:val="24"/>
                <w:lang w:val="ru-RU"/>
              </w:rPr>
              <w:t xml:space="preserve">4. Права </w:t>
            </w:r>
            <w:r>
              <w:rPr>
                <w:rFonts w:cs="Times New Roman"/>
                <w:sz w:val="24"/>
                <w:szCs w:val="24"/>
                <w:lang w:val="ru-RU"/>
              </w:rPr>
              <w:t>Пациента</w:t>
            </w:r>
            <w:r w:rsidRPr="00B50F9A">
              <w:rPr>
                <w:rFonts w:cs="Times New Roman"/>
                <w:sz w:val="24"/>
                <w:szCs w:val="24"/>
                <w:lang w:val="ru-RU"/>
              </w:rPr>
              <w:t>:</w:t>
            </w:r>
          </w:p>
          <w:p w:rsidR="001179C2" w:rsidRPr="00B50F9A" w:rsidRDefault="001179C2" w:rsidP="001179C2">
            <w:pPr>
              <w:jc w:val="both"/>
              <w:rPr>
                <w:rFonts w:cs="Times New Roman"/>
                <w:sz w:val="24"/>
                <w:szCs w:val="24"/>
                <w:lang w:val="ru-RU"/>
              </w:rPr>
            </w:pPr>
            <w:r>
              <w:rPr>
                <w:rFonts w:cs="Times New Roman"/>
                <w:sz w:val="24"/>
                <w:szCs w:val="24"/>
                <w:lang w:val="ru-RU"/>
              </w:rPr>
              <w:t>5.4.1. Получать информацию о Услуг</w:t>
            </w:r>
            <w:r w:rsidRPr="00B50F9A">
              <w:rPr>
                <w:rFonts w:cs="Times New Roman"/>
                <w:sz w:val="24"/>
                <w:szCs w:val="24"/>
                <w:lang w:val="ru-RU"/>
              </w:rPr>
              <w:t>ах, квалификации медицинского персонала, лицензии Исполнителя и других существенных условиях.</w:t>
            </w:r>
          </w:p>
          <w:p w:rsidR="001179C2" w:rsidRPr="00B50F9A"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 xml:space="preserve">4.2. Выбирать лечащего врача из числа сотрудников Исполнителя, участвующих в оказании платных </w:t>
            </w:r>
            <w:r>
              <w:rPr>
                <w:rFonts w:cs="Times New Roman"/>
                <w:sz w:val="24"/>
                <w:szCs w:val="24"/>
                <w:lang w:val="ru-RU"/>
              </w:rPr>
              <w:t>Услуг</w:t>
            </w:r>
            <w:r w:rsidRPr="00B50F9A">
              <w:rPr>
                <w:rFonts w:cs="Times New Roman"/>
                <w:sz w:val="24"/>
                <w:szCs w:val="24"/>
                <w:lang w:val="ru-RU"/>
              </w:rPr>
              <w:t xml:space="preserve"> (при наличии такой возможности</w:t>
            </w:r>
            <w:r>
              <w:rPr>
                <w:rFonts w:cs="Times New Roman"/>
                <w:sz w:val="24"/>
                <w:szCs w:val="24"/>
                <w:lang w:val="ru-RU"/>
              </w:rPr>
              <w:t xml:space="preserve"> с учетом графика работы врачей, их загруженности и наличия свободного времени для приема</w:t>
            </w:r>
            <w:r w:rsidRPr="00B50F9A">
              <w:rPr>
                <w:rFonts w:cs="Times New Roman"/>
                <w:sz w:val="24"/>
                <w:szCs w:val="24"/>
                <w:lang w:val="ru-RU"/>
              </w:rPr>
              <w:t>).</w:t>
            </w:r>
          </w:p>
          <w:p w:rsidR="001179C2" w:rsidRPr="00B50F9A"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4.3. Отказаться от получения медицинской помощи на любом этапе, за исключением случаев, предусмотренных ст. 137 Кодекса РК «О здоровье народа и системе здравоохранения».</w:t>
            </w:r>
          </w:p>
          <w:p w:rsidR="001179C2" w:rsidRPr="00B50F9A" w:rsidRDefault="001179C2" w:rsidP="001179C2">
            <w:pPr>
              <w:jc w:val="both"/>
              <w:rPr>
                <w:rFonts w:cs="Times New Roman"/>
                <w:sz w:val="24"/>
                <w:szCs w:val="24"/>
                <w:lang w:val="ru-RU"/>
              </w:rPr>
            </w:pPr>
            <w:r>
              <w:rPr>
                <w:rFonts w:cs="Times New Roman"/>
                <w:sz w:val="24"/>
                <w:szCs w:val="24"/>
                <w:lang w:val="ru-RU"/>
              </w:rPr>
              <w:t>5.</w:t>
            </w:r>
            <w:r w:rsidRPr="00B50F9A">
              <w:rPr>
                <w:rFonts w:cs="Times New Roman"/>
                <w:sz w:val="24"/>
                <w:szCs w:val="24"/>
                <w:lang w:val="ru-RU"/>
              </w:rPr>
              <w:t>4.</w:t>
            </w:r>
            <w:r>
              <w:rPr>
                <w:rFonts w:cs="Times New Roman"/>
                <w:sz w:val="24"/>
                <w:szCs w:val="24"/>
                <w:lang w:val="ru-RU"/>
              </w:rPr>
              <w:t>4</w:t>
            </w:r>
            <w:r w:rsidRPr="00B50F9A">
              <w:rPr>
                <w:rFonts w:cs="Times New Roman"/>
                <w:sz w:val="24"/>
                <w:szCs w:val="24"/>
                <w:lang w:val="ru-RU"/>
              </w:rPr>
              <w:t>. Получать информацию о результатах лечения, а также копии медицинских документов.</w:t>
            </w:r>
          </w:p>
          <w:p w:rsidR="001179C2" w:rsidRDefault="001179C2" w:rsidP="001179C2">
            <w:pPr>
              <w:rPr>
                <w:rFonts w:cs="Times New Roman"/>
                <w:sz w:val="24"/>
                <w:szCs w:val="24"/>
                <w:lang w:val="ru-RU"/>
              </w:rPr>
            </w:pPr>
          </w:p>
        </w:tc>
        <w:tc>
          <w:tcPr>
            <w:tcW w:w="5103" w:type="dxa"/>
          </w:tcPr>
          <w:p w:rsidR="00F03A80" w:rsidRPr="00F03A80" w:rsidRDefault="00F03A80" w:rsidP="00F03A80">
            <w:pPr>
              <w:rPr>
                <w:rFonts w:cs="Times New Roman"/>
                <w:sz w:val="24"/>
                <w:szCs w:val="24"/>
                <w:lang w:val="ru-RU" w:eastAsia="ru-RU"/>
              </w:rPr>
            </w:pPr>
            <w:r w:rsidRPr="00F03A80">
              <w:rPr>
                <w:rFonts w:cs="Times New Roman"/>
                <w:bCs/>
                <w:sz w:val="24"/>
                <w:szCs w:val="24"/>
                <w:lang w:val="ru-RU" w:eastAsia="ru-RU"/>
              </w:rPr>
              <w:t>5.4. Пациенттің құқықтары:</w:t>
            </w:r>
          </w:p>
          <w:p w:rsidR="00F03A80" w:rsidRPr="00F03A80" w:rsidRDefault="00F03A80" w:rsidP="00EA4147">
            <w:pPr>
              <w:jc w:val="both"/>
              <w:rPr>
                <w:rFonts w:cs="Times New Roman"/>
                <w:sz w:val="24"/>
                <w:szCs w:val="24"/>
                <w:lang w:val="ru-RU" w:eastAsia="ru-RU"/>
              </w:rPr>
            </w:pPr>
            <w:r w:rsidRPr="00F03A80">
              <w:rPr>
                <w:rFonts w:cs="Times New Roman"/>
                <w:bCs/>
                <w:sz w:val="24"/>
                <w:szCs w:val="24"/>
                <w:lang w:val="ru-RU" w:eastAsia="ru-RU"/>
              </w:rPr>
              <w:t>5.4.1.</w:t>
            </w:r>
            <w:r w:rsidRPr="00F03A80">
              <w:rPr>
                <w:rFonts w:cs="Times New Roman"/>
                <w:sz w:val="24"/>
                <w:szCs w:val="24"/>
                <w:lang w:val="ru-RU" w:eastAsia="ru-RU"/>
              </w:rPr>
              <w:t xml:space="preserve"> Қызметтер, Орындаушының лицензиясы, медициналық персоналдың біліктілігі және өзге де елеулі шарттар туралы ақпарат алуға.</w:t>
            </w:r>
          </w:p>
          <w:p w:rsidR="00F03A80" w:rsidRPr="00F03A80" w:rsidRDefault="00F03A80" w:rsidP="00F03A80">
            <w:pPr>
              <w:jc w:val="both"/>
              <w:rPr>
                <w:rFonts w:cs="Times New Roman"/>
                <w:sz w:val="24"/>
                <w:szCs w:val="24"/>
                <w:lang w:val="ru-RU" w:eastAsia="ru-RU"/>
              </w:rPr>
            </w:pPr>
            <w:r w:rsidRPr="00F03A80">
              <w:rPr>
                <w:rFonts w:cs="Times New Roman"/>
                <w:bCs/>
                <w:sz w:val="24"/>
                <w:szCs w:val="24"/>
                <w:lang w:val="ru-RU" w:eastAsia="ru-RU"/>
              </w:rPr>
              <w:t>5.4.2.</w:t>
            </w:r>
            <w:r w:rsidRPr="00F03A80">
              <w:rPr>
                <w:rFonts w:cs="Times New Roman"/>
                <w:sz w:val="24"/>
                <w:szCs w:val="24"/>
                <w:lang w:val="ru-RU" w:eastAsia="ru-RU"/>
              </w:rPr>
              <w:t xml:space="preserve"> Орындаушының қызметкерлерінің ішінен ақылы Қызметтер көрсетуге қатысатын дәрігерді таңдауға (егер жұмыс кестесін, дәрігердің жүктемесін және қабылдау уақытының қолжетімділігін ескергенде бұл мүмкін болса).</w:t>
            </w:r>
          </w:p>
          <w:p w:rsidR="00F03A80" w:rsidRPr="00F03A80" w:rsidRDefault="00F03A80" w:rsidP="00F03A80">
            <w:pPr>
              <w:jc w:val="both"/>
              <w:rPr>
                <w:rFonts w:cs="Times New Roman"/>
                <w:sz w:val="24"/>
                <w:szCs w:val="24"/>
                <w:lang w:val="ru-RU" w:eastAsia="ru-RU"/>
              </w:rPr>
            </w:pPr>
            <w:r w:rsidRPr="00F03A80">
              <w:rPr>
                <w:rFonts w:cs="Times New Roman"/>
                <w:bCs/>
                <w:sz w:val="24"/>
                <w:szCs w:val="24"/>
                <w:lang w:val="ru-RU" w:eastAsia="ru-RU"/>
              </w:rPr>
              <w:t>5.4.3.</w:t>
            </w:r>
            <w:r w:rsidRPr="00F03A80">
              <w:rPr>
                <w:rFonts w:cs="Times New Roman"/>
                <w:sz w:val="24"/>
                <w:szCs w:val="24"/>
                <w:lang w:val="ru-RU" w:eastAsia="ru-RU"/>
              </w:rPr>
              <w:t xml:space="preserve"> «Халық денсаулығы және денсаулық сақтау жүйесі туралы» ҚР Кодексінің 137-бабында көзделген жағдайларды қоспағанда, кез келген сатыда медициналық көмектен бас тартуға.</w:t>
            </w:r>
          </w:p>
          <w:p w:rsidR="00F03A80" w:rsidRPr="00F03A80" w:rsidRDefault="00F03A80" w:rsidP="00F03A80">
            <w:pPr>
              <w:jc w:val="both"/>
              <w:rPr>
                <w:rFonts w:cs="Times New Roman"/>
                <w:sz w:val="24"/>
                <w:szCs w:val="24"/>
                <w:lang w:val="ru-RU" w:eastAsia="ru-RU"/>
              </w:rPr>
            </w:pPr>
            <w:r w:rsidRPr="00F03A80">
              <w:rPr>
                <w:rFonts w:cs="Times New Roman"/>
                <w:bCs/>
                <w:sz w:val="24"/>
                <w:szCs w:val="24"/>
                <w:lang w:val="ru-RU" w:eastAsia="ru-RU"/>
              </w:rPr>
              <w:t>5.4.4.</w:t>
            </w:r>
            <w:r w:rsidRPr="00F03A80">
              <w:rPr>
                <w:rFonts w:cs="Times New Roman"/>
                <w:sz w:val="24"/>
                <w:szCs w:val="24"/>
                <w:lang w:val="ru-RU" w:eastAsia="ru-RU"/>
              </w:rPr>
              <w:t xml:space="preserve"> Емдеу нәтижелері туралы ақпарат, сондай-ақ медициналық құжаттардың көшірмелерін алуға</w:t>
            </w:r>
            <w:r w:rsidR="00EA4147">
              <w:rPr>
                <w:rFonts w:cs="Times New Roman"/>
                <w:sz w:val="24"/>
                <w:szCs w:val="24"/>
                <w:lang w:val="ru-RU" w:eastAsia="ru-RU"/>
              </w:rPr>
              <w:t>.</w:t>
            </w:r>
          </w:p>
          <w:p w:rsidR="001179C2" w:rsidRPr="001179C2" w:rsidRDefault="001179C2" w:rsidP="001179C2">
            <w:pPr>
              <w:pStyle w:val="aa"/>
              <w:pBdr>
                <w:bottom w:val="none" w:sz="0" w:space="0" w:color="auto"/>
              </w:pBdr>
              <w:rPr>
                <w:rFonts w:ascii="Times New Roman" w:hAnsi="Times New Roman" w:cs="Times New Roman"/>
                <w:color w:val="000000" w:themeColor="text1"/>
                <w:sz w:val="24"/>
                <w:szCs w:val="24"/>
                <w:lang w:val="ru-RU"/>
              </w:rPr>
            </w:pPr>
          </w:p>
        </w:tc>
      </w:tr>
      <w:tr w:rsidR="001179C2" w:rsidRPr="00812E08" w:rsidTr="0020029F">
        <w:tc>
          <w:tcPr>
            <w:tcW w:w="5246" w:type="dxa"/>
          </w:tcPr>
          <w:p w:rsidR="001179C2" w:rsidRPr="00983386" w:rsidRDefault="001179C2" w:rsidP="001179C2">
            <w:pPr>
              <w:spacing w:after="120"/>
              <w:rPr>
                <w:rFonts w:cs="Times New Roman"/>
                <w:b/>
                <w:sz w:val="24"/>
                <w:szCs w:val="24"/>
                <w:lang w:val="ru-RU"/>
              </w:rPr>
            </w:pPr>
            <w:r w:rsidRPr="00983386">
              <w:rPr>
                <w:rFonts w:cs="Times New Roman"/>
                <w:b/>
                <w:sz w:val="24"/>
                <w:szCs w:val="24"/>
                <w:lang w:val="ru-RU"/>
              </w:rPr>
              <w:t>6. ЗАЩИТА ПЕРСОНАЛЬНЫХ ДАННЫХ И ТРАНСГРАНИЧНАЯ ПЕРЕДАЧА</w:t>
            </w:r>
          </w:p>
        </w:tc>
        <w:tc>
          <w:tcPr>
            <w:tcW w:w="5103" w:type="dxa"/>
          </w:tcPr>
          <w:p w:rsidR="001179C2" w:rsidRPr="00C46B78" w:rsidRDefault="00C46B78" w:rsidP="001179C2">
            <w:pPr>
              <w:pStyle w:val="aa"/>
              <w:pBdr>
                <w:bottom w:val="none" w:sz="0" w:space="0" w:color="auto"/>
              </w:pBdr>
              <w:rPr>
                <w:rFonts w:ascii="Times New Roman" w:hAnsi="Times New Roman" w:cs="Times New Roman"/>
                <w:b/>
                <w:color w:val="000000" w:themeColor="text1"/>
                <w:sz w:val="24"/>
                <w:szCs w:val="24"/>
                <w:lang w:val="ru-RU"/>
              </w:rPr>
            </w:pPr>
            <w:r w:rsidRPr="00C46B78">
              <w:rPr>
                <w:rFonts w:ascii="Times New Roman" w:hAnsi="Times New Roman" w:cs="Times New Roman"/>
                <w:b/>
                <w:color w:val="000000" w:themeColor="text1"/>
                <w:sz w:val="24"/>
                <w:szCs w:val="24"/>
                <w:lang w:val="ru-RU"/>
              </w:rPr>
              <w:t>6. ДЕРБЕС ДЕРЕКТЕРДІ ҚОРҒАУ ЖӘНЕ ШЕКАРААРАЛЫҚ БЕРІЛІМ</w:t>
            </w:r>
          </w:p>
        </w:tc>
      </w:tr>
      <w:tr w:rsidR="00C46B78" w:rsidRPr="00C46B78" w:rsidTr="0020029F">
        <w:tc>
          <w:tcPr>
            <w:tcW w:w="5246" w:type="dxa"/>
          </w:tcPr>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6.1. Пациент, акцептующий Публичную оферту, выражает добровольное согласие на:</w:t>
            </w:r>
          </w:p>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 сбор, обработку, хранение, передачу и использование его персональных данных (включая ИИН, ФИО, адрес, контактные данные, диагноз, медицинская документация);</w:t>
            </w:r>
          </w:p>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 передачу данных третьим лицам (страховые, лаборатории, судебные органы) только при наличии законных оснований;</w:t>
            </w:r>
          </w:p>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 трансграничную передачу персональных данных (включая, при необходимости, ИИН, ФИО, медицинскую информацию) в рамках использования медицинских информационных систем, облачных решений и сервисов хранения, расположенных на серверах за пределами Республики Казахстан, исключительно в целях медицинского обслуживания и хранения данных.</w:t>
            </w:r>
            <w:r w:rsidRPr="00C46B78">
              <w:rPr>
                <w:rFonts w:cs="Times New Roman"/>
                <w:color w:val="000000" w:themeColor="text1"/>
                <w:sz w:val="24"/>
                <w:szCs w:val="24"/>
                <w:lang w:val="ru-RU"/>
              </w:rPr>
              <w:br/>
              <w:t xml:space="preserve">Данная передача осуществляется с соблюдением требований законодательства и мерами по </w:t>
            </w:r>
            <w:r w:rsidRPr="00C46B78">
              <w:rPr>
                <w:rFonts w:cs="Times New Roman"/>
                <w:color w:val="000000" w:themeColor="text1"/>
                <w:sz w:val="24"/>
                <w:szCs w:val="24"/>
                <w:lang w:val="ru-RU"/>
              </w:rPr>
              <w:lastRenderedPageBreak/>
              <w:t>защите данных. Пациент имеет право в любой момент отозвать своё согласие.</w:t>
            </w:r>
          </w:p>
        </w:tc>
        <w:tc>
          <w:tcPr>
            <w:tcW w:w="5103" w:type="dxa"/>
          </w:tcPr>
          <w:p w:rsidR="00C46B78" w:rsidRPr="00C46B78" w:rsidRDefault="00C46B78" w:rsidP="00C46B78">
            <w:pPr>
              <w:rPr>
                <w:rFonts w:cs="Times New Roman"/>
                <w:sz w:val="24"/>
                <w:szCs w:val="24"/>
                <w:lang w:val="ru-RU" w:eastAsia="ru-RU"/>
              </w:rPr>
            </w:pPr>
            <w:r w:rsidRPr="00C46B78">
              <w:rPr>
                <w:rFonts w:cs="Times New Roman"/>
                <w:bCs/>
                <w:sz w:val="24"/>
                <w:szCs w:val="24"/>
                <w:lang w:val="ru-RU" w:eastAsia="ru-RU"/>
              </w:rPr>
              <w:lastRenderedPageBreak/>
              <w:t>6.1.</w:t>
            </w:r>
            <w:r w:rsidRPr="00C46B78">
              <w:rPr>
                <w:rFonts w:cs="Times New Roman"/>
                <w:sz w:val="24"/>
                <w:szCs w:val="24"/>
                <w:lang w:val="ru-RU" w:eastAsia="ru-RU"/>
              </w:rPr>
              <w:t xml:space="preserve"> Жария офертаны акцепттеу арқылы Пациент келесіге өз еркімен келісім береді:</w:t>
            </w:r>
          </w:p>
          <w:p w:rsidR="00C46B78" w:rsidRPr="00C46B78" w:rsidRDefault="00C46B78" w:rsidP="00C46B78">
            <w:pPr>
              <w:jc w:val="both"/>
              <w:rPr>
                <w:rFonts w:cs="Times New Roman"/>
                <w:sz w:val="24"/>
                <w:szCs w:val="24"/>
                <w:lang w:val="ru-RU" w:eastAsia="ru-RU"/>
              </w:rPr>
            </w:pPr>
            <w:r>
              <w:rPr>
                <w:rFonts w:cs="Times New Roman"/>
                <w:sz w:val="24"/>
                <w:szCs w:val="24"/>
                <w:lang w:val="ru-RU" w:eastAsia="ru-RU"/>
              </w:rPr>
              <w:t xml:space="preserve">- </w:t>
            </w:r>
            <w:r w:rsidRPr="00C46B78">
              <w:rPr>
                <w:rFonts w:cs="Times New Roman"/>
                <w:sz w:val="24"/>
                <w:szCs w:val="24"/>
                <w:lang w:val="ru-RU" w:eastAsia="ru-RU"/>
              </w:rPr>
              <w:t>өзінің дербес дерект</w:t>
            </w:r>
            <w:r>
              <w:rPr>
                <w:rFonts w:cs="Times New Roman"/>
                <w:sz w:val="24"/>
                <w:szCs w:val="24"/>
                <w:lang w:val="ru-RU" w:eastAsia="ru-RU"/>
              </w:rPr>
              <w:t xml:space="preserve">ерін (ЖСН, ТАӘ, </w:t>
            </w:r>
            <w:r w:rsidRPr="00C46B78">
              <w:rPr>
                <w:rFonts w:cs="Times New Roman"/>
                <w:sz w:val="24"/>
                <w:szCs w:val="24"/>
                <w:lang w:val="ru-RU" w:eastAsia="ru-RU"/>
              </w:rPr>
              <w:t>мекенжайы, байланыс деректері, диагнозы, медициналық құжаттамасы) жинауға, өңдеуге, сақтауға, беруге және пайдалануға;</w:t>
            </w:r>
          </w:p>
          <w:p w:rsidR="00C46B78" w:rsidRPr="00C46B78" w:rsidRDefault="00C46B78" w:rsidP="00EA4147">
            <w:pPr>
              <w:jc w:val="both"/>
              <w:rPr>
                <w:rFonts w:cs="Times New Roman"/>
                <w:sz w:val="24"/>
                <w:szCs w:val="24"/>
                <w:lang w:val="ru-RU" w:eastAsia="ru-RU"/>
              </w:rPr>
            </w:pPr>
            <w:r>
              <w:rPr>
                <w:rFonts w:cs="Times New Roman"/>
                <w:sz w:val="24"/>
                <w:szCs w:val="24"/>
                <w:lang w:val="ru-RU" w:eastAsia="ru-RU"/>
              </w:rPr>
              <w:t xml:space="preserve">- </w:t>
            </w:r>
            <w:r w:rsidRPr="00C46B78">
              <w:rPr>
                <w:rFonts w:cs="Times New Roman"/>
                <w:sz w:val="24"/>
                <w:szCs w:val="24"/>
                <w:lang w:val="ru-RU" w:eastAsia="ru-RU"/>
              </w:rPr>
              <w:t>заңды негіздер болған жағдайда деректерді үшінші тұлғаларға (сақтандыру ұйымдарына, зертханаларға, сот органдарына) беруге;</w:t>
            </w:r>
          </w:p>
          <w:p w:rsidR="00C46B78" w:rsidRPr="00C46B78" w:rsidRDefault="00C46B78" w:rsidP="00EA4147">
            <w:pPr>
              <w:jc w:val="both"/>
              <w:rPr>
                <w:rFonts w:cs="Times New Roman"/>
                <w:sz w:val="24"/>
                <w:szCs w:val="24"/>
                <w:lang w:val="ru-RU" w:eastAsia="ru-RU"/>
              </w:rPr>
            </w:pPr>
            <w:r>
              <w:rPr>
                <w:rFonts w:cs="Times New Roman"/>
                <w:sz w:val="24"/>
                <w:szCs w:val="24"/>
                <w:lang w:val="ru-RU" w:eastAsia="ru-RU"/>
              </w:rPr>
              <w:t xml:space="preserve">- </w:t>
            </w:r>
            <w:r w:rsidRPr="00C46B78">
              <w:rPr>
                <w:rFonts w:cs="Times New Roman"/>
                <w:sz w:val="24"/>
                <w:szCs w:val="24"/>
                <w:lang w:val="ru-RU" w:eastAsia="ru-RU"/>
              </w:rPr>
              <w:t>дербес деректерді (қажет болған жағдайда ЖСН, ТАӘ, медициналық ақпаратты қоса алғанда) Қазақстан Республикасынан тыс орналасқан серверлердегі медициналық ақпараттық жүйелер, бұлттық шешімдер мен деректерді сақтау қызметтері арқылы шекарааралық беруге, бұл тек медициналық қызмет көрсету және деректерді сақтау мақсатында жүзеге асырылады.</w:t>
            </w:r>
            <w:r>
              <w:rPr>
                <w:rFonts w:cs="Times New Roman"/>
                <w:sz w:val="24"/>
                <w:szCs w:val="24"/>
                <w:lang w:val="ru-RU" w:eastAsia="ru-RU"/>
              </w:rPr>
              <w:t xml:space="preserve"> </w:t>
            </w:r>
            <w:r w:rsidRPr="00C46B78">
              <w:rPr>
                <w:rFonts w:cs="Times New Roman"/>
                <w:sz w:val="24"/>
                <w:szCs w:val="24"/>
                <w:lang w:val="ru-RU" w:eastAsia="ru-RU"/>
              </w:rPr>
              <w:t xml:space="preserve">Аталған беру Қазақстан Республикасының заңнамасында белгіленген талаптарды және деректерді қорғау шараларын сақтай отырып жүзеге асырылады. </w:t>
            </w:r>
            <w:r w:rsidRPr="00C46B78">
              <w:rPr>
                <w:rFonts w:cs="Times New Roman"/>
                <w:sz w:val="24"/>
                <w:szCs w:val="24"/>
                <w:lang w:val="ru-RU" w:eastAsia="ru-RU"/>
              </w:rPr>
              <w:lastRenderedPageBreak/>
              <w:t>Пациент өз келісімін кез келген уақытта қайтарып алуға құқылы.</w:t>
            </w:r>
          </w:p>
          <w:p w:rsidR="001179C2" w:rsidRPr="00C46B78" w:rsidRDefault="001179C2" w:rsidP="001179C2">
            <w:pPr>
              <w:pStyle w:val="aa"/>
              <w:pBdr>
                <w:bottom w:val="none" w:sz="0" w:space="0" w:color="auto"/>
              </w:pBdr>
              <w:rPr>
                <w:rFonts w:ascii="Times New Roman" w:hAnsi="Times New Roman" w:cs="Times New Roman"/>
                <w:color w:val="000000" w:themeColor="text1"/>
                <w:sz w:val="24"/>
                <w:szCs w:val="24"/>
                <w:lang w:val="ru-RU"/>
              </w:rPr>
            </w:pPr>
          </w:p>
        </w:tc>
      </w:tr>
      <w:tr w:rsidR="001179C2" w:rsidRPr="00C46B78" w:rsidTr="0020029F">
        <w:tc>
          <w:tcPr>
            <w:tcW w:w="5246" w:type="dxa"/>
          </w:tcPr>
          <w:p w:rsidR="001179C2" w:rsidRPr="00C46B78" w:rsidRDefault="001179C2" w:rsidP="001179C2">
            <w:pPr>
              <w:rPr>
                <w:rFonts w:cs="Times New Roman"/>
                <w:b/>
                <w:color w:val="000000" w:themeColor="text1"/>
                <w:sz w:val="24"/>
                <w:szCs w:val="24"/>
                <w:lang w:val="ru-RU"/>
              </w:rPr>
            </w:pPr>
            <w:r w:rsidRPr="00C46B78">
              <w:rPr>
                <w:rFonts w:cs="Times New Roman"/>
                <w:b/>
                <w:color w:val="000000" w:themeColor="text1"/>
                <w:sz w:val="24"/>
                <w:szCs w:val="24"/>
                <w:lang w:val="ru-RU"/>
              </w:rPr>
              <w:lastRenderedPageBreak/>
              <w:t>7. ОТВЕТСТВЕННОСТЬ СТОРОН</w:t>
            </w:r>
          </w:p>
        </w:tc>
        <w:tc>
          <w:tcPr>
            <w:tcW w:w="5103" w:type="dxa"/>
          </w:tcPr>
          <w:p w:rsidR="001179C2" w:rsidRPr="00C46B78" w:rsidRDefault="00C46B78" w:rsidP="001179C2">
            <w:pPr>
              <w:pStyle w:val="aa"/>
              <w:pBdr>
                <w:bottom w:val="none" w:sz="0" w:space="0" w:color="auto"/>
              </w:pBdr>
              <w:rPr>
                <w:rFonts w:ascii="Times New Roman" w:hAnsi="Times New Roman" w:cs="Times New Roman"/>
                <w:b/>
                <w:color w:val="000000" w:themeColor="text1"/>
                <w:sz w:val="24"/>
                <w:szCs w:val="24"/>
                <w:lang w:val="ru-RU"/>
              </w:rPr>
            </w:pPr>
            <w:r w:rsidRPr="00C46B78">
              <w:rPr>
                <w:rFonts w:ascii="Times New Roman" w:hAnsi="Times New Roman" w:cs="Times New Roman"/>
                <w:b/>
                <w:color w:val="000000" w:themeColor="text1"/>
                <w:sz w:val="24"/>
                <w:szCs w:val="24"/>
              </w:rPr>
              <w:t>7. ТАРАПТАРДЫҢ ЖАУАПКЕРШІЛІГІ</w:t>
            </w:r>
          </w:p>
        </w:tc>
      </w:tr>
      <w:tr w:rsidR="001179C2" w:rsidRPr="00812E08" w:rsidTr="0020029F">
        <w:tc>
          <w:tcPr>
            <w:tcW w:w="5246" w:type="dxa"/>
          </w:tcPr>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7.1. В случае невыполнения сторонами своих обязательств по Договору, они несут ответственность в соответствии с действующим законодательством Республики Казахстан и условиями Договора.</w:t>
            </w:r>
          </w:p>
        </w:tc>
        <w:tc>
          <w:tcPr>
            <w:tcW w:w="5103" w:type="dxa"/>
          </w:tcPr>
          <w:p w:rsidR="001179C2" w:rsidRPr="00C46B78" w:rsidRDefault="00C46B78" w:rsidP="00C46B78">
            <w:pPr>
              <w:pStyle w:val="aa"/>
              <w:pBdr>
                <w:bottom w:val="none" w:sz="0" w:space="0" w:color="auto"/>
              </w:pBdr>
              <w:jc w:val="both"/>
              <w:rPr>
                <w:rFonts w:ascii="Times New Roman" w:hAnsi="Times New Roman" w:cs="Times New Roman"/>
                <w:color w:val="000000" w:themeColor="text1"/>
                <w:sz w:val="24"/>
                <w:szCs w:val="24"/>
                <w:lang w:val="ru-RU"/>
              </w:rPr>
            </w:pPr>
            <w:r w:rsidRPr="00C46B78">
              <w:rPr>
                <w:rFonts w:ascii="Times New Roman" w:hAnsi="Times New Roman" w:cs="Times New Roman"/>
                <w:bCs/>
                <w:color w:val="000000" w:themeColor="text1"/>
                <w:sz w:val="24"/>
                <w:szCs w:val="24"/>
                <w:lang w:val="ru-RU"/>
              </w:rPr>
              <w:t>7.1.</w:t>
            </w:r>
            <w:r w:rsidRPr="00C46B78">
              <w:rPr>
                <w:rFonts w:ascii="Times New Roman" w:hAnsi="Times New Roman" w:cs="Times New Roman"/>
                <w:color w:val="000000" w:themeColor="text1"/>
                <w:sz w:val="24"/>
                <w:szCs w:val="24"/>
                <w:lang w:val="ru-RU"/>
              </w:rPr>
              <w:t xml:space="preserve"> Шарт бойынша тараптар өз міндеттемелерін орындамаған жағдайда, олар Қазақстан Республикасының қолданыстағы заңнамасына және осы Шарттың талаптарына сәйкес жауапкершілікке тартылады.</w:t>
            </w:r>
          </w:p>
        </w:tc>
      </w:tr>
      <w:tr w:rsidR="001179C2" w:rsidRPr="00812E08" w:rsidTr="0020029F">
        <w:tc>
          <w:tcPr>
            <w:tcW w:w="5246" w:type="dxa"/>
          </w:tcPr>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 xml:space="preserve">7.2. Исполнитель не несет ответственности за качество оказанных Услуг в случае несоблюдения Пациентом Договора, условий оказания Услуг, требований сотрудников Исполнителя, предоставления Пациентом недостоверных результатов медицинского обследования (проведенного иными медицинскими организациями), сокрытия Пациентом сведений о состоянии своего здоровья и противопоказаниях. </w:t>
            </w:r>
          </w:p>
        </w:tc>
        <w:tc>
          <w:tcPr>
            <w:tcW w:w="5103" w:type="dxa"/>
          </w:tcPr>
          <w:p w:rsidR="001179C2" w:rsidRPr="00C46B78" w:rsidRDefault="00C46B78" w:rsidP="00C46B78">
            <w:pPr>
              <w:pStyle w:val="aa"/>
              <w:pBdr>
                <w:bottom w:val="none" w:sz="0" w:space="0" w:color="auto"/>
              </w:pBdr>
              <w:jc w:val="both"/>
              <w:rPr>
                <w:rFonts w:ascii="Times New Roman" w:hAnsi="Times New Roman" w:cs="Times New Roman"/>
                <w:color w:val="000000" w:themeColor="text1"/>
                <w:sz w:val="24"/>
                <w:szCs w:val="24"/>
                <w:lang w:val="ru-RU"/>
              </w:rPr>
            </w:pPr>
            <w:r w:rsidRPr="00C46B78">
              <w:rPr>
                <w:rFonts w:ascii="Times New Roman" w:hAnsi="Times New Roman" w:cs="Times New Roman"/>
                <w:bCs/>
                <w:color w:val="000000" w:themeColor="text1"/>
                <w:sz w:val="24"/>
                <w:szCs w:val="24"/>
                <w:lang w:val="ru-RU"/>
              </w:rPr>
              <w:t>7.2.</w:t>
            </w:r>
            <w:r w:rsidRPr="00C46B78">
              <w:rPr>
                <w:rFonts w:ascii="Times New Roman" w:hAnsi="Times New Roman" w:cs="Times New Roman"/>
                <w:color w:val="000000" w:themeColor="text1"/>
                <w:sz w:val="24"/>
                <w:szCs w:val="24"/>
                <w:lang w:val="ru-RU"/>
              </w:rPr>
              <w:t xml:space="preserve"> Пациенттің Шартты, Қызметтер көрсету шарттарын, Орындаушы қызметкерлерінің талаптарын бұзған, өзге медициналық ұйымдарда жүргізілген тексерулердің шынайы емес нәтижелерін ұсынған, денсаулығының жай-күйі мен қарсы көрсетілімдер туралы мәліметтерді жасырған жағдайларда, Орындаушы көрсетілген Қызметтердің сапасы үшін жауапты болмайды.</w:t>
            </w:r>
          </w:p>
        </w:tc>
      </w:tr>
      <w:tr w:rsidR="001179C2" w:rsidRPr="00812E08" w:rsidTr="0020029F">
        <w:tc>
          <w:tcPr>
            <w:tcW w:w="5246" w:type="dxa"/>
          </w:tcPr>
          <w:p w:rsidR="001179C2" w:rsidRPr="00C46B78" w:rsidRDefault="001179C2" w:rsidP="001179C2">
            <w:pPr>
              <w:spacing w:after="120"/>
              <w:jc w:val="both"/>
              <w:rPr>
                <w:rFonts w:cs="Times New Roman"/>
                <w:color w:val="000000" w:themeColor="text1"/>
                <w:sz w:val="24"/>
                <w:szCs w:val="24"/>
                <w:lang w:val="ru-RU"/>
              </w:rPr>
            </w:pPr>
            <w:r w:rsidRPr="00C46B78">
              <w:rPr>
                <w:rFonts w:cs="Times New Roman"/>
                <w:color w:val="000000" w:themeColor="text1"/>
                <w:sz w:val="24"/>
                <w:szCs w:val="24"/>
                <w:lang w:val="ru-RU"/>
              </w:rPr>
              <w:t>7.3. Исполнитель не несет ответственности за причиненный вред здоровью Пациента или за отсутствие факта его выздоровления в случае, если вышеуказанные события произошли в результате нарушения Пациентом медицинских предписаний.</w:t>
            </w:r>
          </w:p>
        </w:tc>
        <w:tc>
          <w:tcPr>
            <w:tcW w:w="5103" w:type="dxa"/>
          </w:tcPr>
          <w:p w:rsidR="001179C2" w:rsidRPr="00C46B78" w:rsidRDefault="00C46B78" w:rsidP="00C46B78">
            <w:pPr>
              <w:pStyle w:val="aa"/>
              <w:pBdr>
                <w:bottom w:val="none" w:sz="0" w:space="0" w:color="auto"/>
              </w:pBdr>
              <w:jc w:val="both"/>
              <w:rPr>
                <w:rFonts w:ascii="Times New Roman" w:hAnsi="Times New Roman" w:cs="Times New Roman"/>
                <w:color w:val="000000" w:themeColor="text1"/>
                <w:sz w:val="24"/>
                <w:szCs w:val="24"/>
                <w:lang w:val="ru-RU"/>
              </w:rPr>
            </w:pPr>
            <w:r w:rsidRPr="00C46B78">
              <w:rPr>
                <w:rFonts w:ascii="Times New Roman" w:hAnsi="Times New Roman" w:cs="Times New Roman"/>
                <w:color w:val="000000" w:themeColor="text1"/>
                <w:sz w:val="24"/>
                <w:szCs w:val="24"/>
                <w:lang w:val="ru-RU"/>
              </w:rPr>
              <w:t>7.3. Егер жоғарыда аталған жағдайлар Пациенттің медициналық нұсқауларды бұзуына байланысты туындаса, Орындаушы Пациенттің денсаулығын</w:t>
            </w:r>
            <w:r w:rsidR="00EA4147">
              <w:rPr>
                <w:rFonts w:ascii="Times New Roman" w:hAnsi="Times New Roman" w:cs="Times New Roman"/>
                <w:color w:val="000000" w:themeColor="text1"/>
                <w:sz w:val="24"/>
                <w:szCs w:val="24"/>
                <w:lang w:val="ru-RU"/>
              </w:rPr>
              <w:t>а келтірілген зиян немесе сауығы</w:t>
            </w:r>
            <w:r w:rsidRPr="00C46B78">
              <w:rPr>
                <w:rFonts w:ascii="Times New Roman" w:hAnsi="Times New Roman" w:cs="Times New Roman"/>
                <w:color w:val="000000" w:themeColor="text1"/>
                <w:sz w:val="24"/>
                <w:szCs w:val="24"/>
                <w:lang w:val="ru-RU"/>
              </w:rPr>
              <w:t xml:space="preserve"> фактісінің болмауы үшін жауап бермейді.</w:t>
            </w:r>
          </w:p>
        </w:tc>
      </w:tr>
      <w:tr w:rsidR="005F64FB" w:rsidRPr="00812E08" w:rsidTr="0020029F">
        <w:tc>
          <w:tcPr>
            <w:tcW w:w="5246" w:type="dxa"/>
          </w:tcPr>
          <w:p w:rsidR="005F64FB" w:rsidRPr="00494A47" w:rsidRDefault="005F64FB" w:rsidP="00494A47">
            <w:pPr>
              <w:spacing w:after="120"/>
              <w:jc w:val="both"/>
              <w:rPr>
                <w:rFonts w:cs="Times New Roman"/>
                <w:color w:val="000000" w:themeColor="text1"/>
                <w:sz w:val="24"/>
                <w:szCs w:val="24"/>
                <w:lang w:val="ru-RU"/>
              </w:rPr>
            </w:pPr>
            <w:r w:rsidRPr="00494A47">
              <w:rPr>
                <w:rFonts w:cs="Times New Roman"/>
                <w:color w:val="000000" w:themeColor="text1"/>
                <w:sz w:val="24"/>
                <w:szCs w:val="24"/>
                <w:lang w:val="ru-RU"/>
              </w:rPr>
              <w:t xml:space="preserve">7.4. </w:t>
            </w:r>
            <w:r w:rsidR="000A6D43" w:rsidRPr="00494A47">
              <w:rPr>
                <w:rFonts w:cs="Times New Roman"/>
                <w:color w:val="000000" w:themeColor="text1"/>
                <w:sz w:val="24"/>
                <w:szCs w:val="24"/>
                <w:lang w:val="ru-RU"/>
              </w:rPr>
              <w:t xml:space="preserve">В случае нарушения </w:t>
            </w:r>
            <w:r w:rsidRPr="00494A47">
              <w:rPr>
                <w:rFonts w:cs="Times New Roman"/>
                <w:color w:val="000000" w:themeColor="text1"/>
                <w:sz w:val="24"/>
                <w:szCs w:val="24"/>
                <w:lang w:val="ru-RU"/>
              </w:rPr>
              <w:t>Пациент</w:t>
            </w:r>
            <w:r w:rsidR="000A6D43" w:rsidRPr="00494A47">
              <w:rPr>
                <w:rFonts w:cs="Times New Roman"/>
                <w:color w:val="000000" w:themeColor="text1"/>
                <w:sz w:val="24"/>
                <w:szCs w:val="24"/>
                <w:lang w:val="ru-RU"/>
              </w:rPr>
              <w:t xml:space="preserve">ом своих обязательств, установленных пунктом 5.3.7. и 5.3.5 статьи 5 Договора, Исполнитель имеет право удержать с Пациента штраф в размере стоимости </w:t>
            </w:r>
            <w:r w:rsidR="00494A47" w:rsidRPr="00494A47">
              <w:rPr>
                <w:rFonts w:cs="Times New Roman"/>
                <w:color w:val="000000" w:themeColor="text1"/>
                <w:sz w:val="24"/>
                <w:szCs w:val="24"/>
                <w:lang w:val="ru-RU"/>
              </w:rPr>
              <w:t xml:space="preserve">предоплаты за </w:t>
            </w:r>
            <w:r w:rsidR="000A6D43" w:rsidRPr="00494A47">
              <w:rPr>
                <w:rFonts w:cs="Times New Roman"/>
                <w:color w:val="000000" w:themeColor="text1"/>
                <w:sz w:val="24"/>
                <w:szCs w:val="24"/>
                <w:lang w:val="ru-RU"/>
              </w:rPr>
              <w:t>Услуг</w:t>
            </w:r>
            <w:r w:rsidR="00494A47" w:rsidRPr="00494A47">
              <w:rPr>
                <w:rFonts w:cs="Times New Roman"/>
                <w:color w:val="000000" w:themeColor="text1"/>
                <w:sz w:val="24"/>
                <w:szCs w:val="24"/>
                <w:lang w:val="ru-RU"/>
              </w:rPr>
              <w:t>у</w:t>
            </w:r>
            <w:r w:rsidR="000A6D43" w:rsidRPr="00494A47">
              <w:rPr>
                <w:rFonts w:cs="Times New Roman"/>
                <w:color w:val="000000" w:themeColor="text1"/>
                <w:sz w:val="24"/>
                <w:szCs w:val="24"/>
                <w:lang w:val="ru-RU"/>
              </w:rPr>
              <w:t xml:space="preserve">, на которую была осуществлена запись такого Пациента и которую тот оплатил авансовым платежом. </w:t>
            </w:r>
          </w:p>
        </w:tc>
        <w:tc>
          <w:tcPr>
            <w:tcW w:w="5103" w:type="dxa"/>
          </w:tcPr>
          <w:p w:rsidR="005F64FB" w:rsidRPr="00494A47" w:rsidRDefault="00EA4147" w:rsidP="00494A47">
            <w:pPr>
              <w:pStyle w:val="aa"/>
              <w:pBdr>
                <w:bottom w:val="none" w:sz="0" w:space="0" w:color="auto"/>
              </w:pBdr>
              <w:jc w:val="both"/>
              <w:rPr>
                <w:rFonts w:ascii="Times New Roman" w:hAnsi="Times New Roman" w:cs="Times New Roman"/>
                <w:color w:val="000000" w:themeColor="text1"/>
                <w:sz w:val="24"/>
                <w:szCs w:val="24"/>
                <w:lang w:val="ru-RU"/>
              </w:rPr>
            </w:pPr>
            <w:r w:rsidRPr="00494A47">
              <w:rPr>
                <w:rFonts w:ascii="Times New Roman" w:hAnsi="Times New Roman" w:cs="Times New Roman"/>
                <w:color w:val="000000" w:themeColor="text1"/>
                <w:sz w:val="24"/>
                <w:szCs w:val="24"/>
                <w:lang w:val="ru-RU"/>
              </w:rPr>
              <w:t xml:space="preserve">7.4. </w:t>
            </w:r>
            <w:r w:rsidR="000A6D43" w:rsidRPr="00494A47">
              <w:rPr>
                <w:rFonts w:ascii="Times New Roman" w:hAnsi="Times New Roman" w:cs="Times New Roman"/>
                <w:color w:val="000000" w:themeColor="text1"/>
                <w:sz w:val="24"/>
                <w:szCs w:val="24"/>
                <w:lang w:val="ru-RU"/>
              </w:rPr>
              <w:t xml:space="preserve">Пациент Шарттың 5-бабының 5.3.5 </w:t>
            </w:r>
            <w:r w:rsidR="000A6D43" w:rsidRPr="00494A47">
              <w:rPr>
                <w:rFonts w:ascii="Times New Roman" w:hAnsi="Times New Roman" w:cs="Times New Roman"/>
                <w:color w:val="000000" w:themeColor="text1"/>
                <w:sz w:val="24"/>
                <w:szCs w:val="24"/>
                <w:lang w:val="kk-KZ"/>
              </w:rPr>
              <w:t>және</w:t>
            </w:r>
            <w:r w:rsidR="000A6D43" w:rsidRPr="00494A47">
              <w:rPr>
                <w:rFonts w:ascii="Times New Roman" w:hAnsi="Times New Roman" w:cs="Times New Roman"/>
                <w:color w:val="000000" w:themeColor="text1"/>
                <w:sz w:val="24"/>
                <w:szCs w:val="24"/>
                <w:lang w:val="ru-RU"/>
              </w:rPr>
              <w:t xml:space="preserve">-5.3.7-тармақтарда белгіленген өз міндеттемелерін бұзған жағдайда. Орындаушы Пациенттен </w:t>
            </w:r>
            <w:r w:rsidRPr="00494A47">
              <w:rPr>
                <w:rFonts w:ascii="Times New Roman" w:hAnsi="Times New Roman" w:cs="Times New Roman"/>
                <w:color w:val="000000" w:themeColor="text1"/>
                <w:sz w:val="24"/>
                <w:szCs w:val="24"/>
                <w:lang w:val="ru-RU"/>
              </w:rPr>
              <w:t xml:space="preserve">ол </w:t>
            </w:r>
            <w:r w:rsidR="000A6D43" w:rsidRPr="00494A47">
              <w:rPr>
                <w:rFonts w:ascii="Times New Roman" w:hAnsi="Times New Roman" w:cs="Times New Roman"/>
                <w:color w:val="000000" w:themeColor="text1"/>
                <w:sz w:val="24"/>
                <w:szCs w:val="24"/>
                <w:lang w:val="ru-RU"/>
              </w:rPr>
              <w:t xml:space="preserve">тіркелген және алдын ала төлеген Қызмет </w:t>
            </w:r>
            <w:r w:rsidR="00494A47" w:rsidRPr="00494A47">
              <w:rPr>
                <w:rFonts w:ascii="Times New Roman" w:hAnsi="Times New Roman" w:cs="Times New Roman"/>
                <w:color w:val="000000" w:themeColor="text1"/>
                <w:sz w:val="24"/>
                <w:szCs w:val="24"/>
                <w:lang w:val="ru-RU"/>
              </w:rPr>
              <w:t xml:space="preserve">алдын ала </w:t>
            </w:r>
            <w:r w:rsidR="00494A47" w:rsidRPr="00494A47">
              <w:rPr>
                <w:rFonts w:ascii="Times New Roman" w:hAnsi="Times New Roman" w:cs="Times New Roman"/>
                <w:color w:val="000000" w:themeColor="text1"/>
                <w:sz w:val="24"/>
                <w:szCs w:val="24"/>
                <w:lang w:val="kk-KZ"/>
              </w:rPr>
              <w:t>төлеген</w:t>
            </w:r>
            <w:r w:rsidR="00494A47" w:rsidRPr="00494A47">
              <w:rPr>
                <w:rFonts w:ascii="Times New Roman" w:hAnsi="Times New Roman" w:cs="Times New Roman"/>
                <w:color w:val="000000" w:themeColor="text1"/>
                <w:sz w:val="24"/>
                <w:szCs w:val="24"/>
                <w:lang w:val="ru-RU"/>
              </w:rPr>
              <w:t xml:space="preserve"> </w:t>
            </w:r>
            <w:r w:rsidR="000A6D43" w:rsidRPr="00494A47">
              <w:rPr>
                <w:rFonts w:ascii="Times New Roman" w:hAnsi="Times New Roman" w:cs="Times New Roman"/>
                <w:color w:val="000000" w:themeColor="text1"/>
                <w:sz w:val="24"/>
                <w:szCs w:val="24"/>
                <w:lang w:val="ru-RU"/>
              </w:rPr>
              <w:t>құнының</w:t>
            </w:r>
            <w:r w:rsidR="00494A47" w:rsidRPr="00494A47">
              <w:rPr>
                <w:rFonts w:ascii="Times New Roman" w:hAnsi="Times New Roman" w:cs="Times New Roman"/>
                <w:color w:val="000000" w:themeColor="text1"/>
                <w:sz w:val="24"/>
                <w:szCs w:val="24"/>
                <w:lang w:val="ru-RU"/>
              </w:rPr>
              <w:t xml:space="preserve"> </w:t>
            </w:r>
            <w:r w:rsidR="000A6D43" w:rsidRPr="00494A47">
              <w:rPr>
                <w:rFonts w:ascii="Times New Roman" w:hAnsi="Times New Roman" w:cs="Times New Roman"/>
                <w:color w:val="000000" w:themeColor="text1"/>
                <w:sz w:val="24"/>
                <w:szCs w:val="24"/>
                <w:lang w:val="ru-RU"/>
              </w:rPr>
              <w:t xml:space="preserve"> мөлшерінде айыппұлды ұстап қалуға құқылы.</w:t>
            </w:r>
          </w:p>
        </w:tc>
      </w:tr>
      <w:tr w:rsidR="001179C2" w:rsidRPr="00C46B78" w:rsidTr="0020029F">
        <w:tc>
          <w:tcPr>
            <w:tcW w:w="5246" w:type="dxa"/>
          </w:tcPr>
          <w:p w:rsidR="001179C2" w:rsidRPr="00C46B78" w:rsidRDefault="001179C2" w:rsidP="001179C2">
            <w:pPr>
              <w:rPr>
                <w:rFonts w:cs="Times New Roman"/>
                <w:b/>
                <w:color w:val="000000" w:themeColor="text1"/>
                <w:sz w:val="24"/>
                <w:szCs w:val="24"/>
                <w:lang w:val="ru-RU"/>
              </w:rPr>
            </w:pPr>
            <w:r w:rsidRPr="00C46B78">
              <w:rPr>
                <w:rFonts w:cs="Times New Roman"/>
                <w:b/>
                <w:color w:val="000000" w:themeColor="text1"/>
                <w:sz w:val="24"/>
                <w:szCs w:val="24"/>
                <w:lang w:val="ru-RU"/>
              </w:rPr>
              <w:t>8. ЗАКЛЮЧИТЕЛЬНЫЕ ПОЛОЖЕНИЯ</w:t>
            </w:r>
          </w:p>
        </w:tc>
        <w:tc>
          <w:tcPr>
            <w:tcW w:w="5103" w:type="dxa"/>
          </w:tcPr>
          <w:p w:rsidR="001179C2" w:rsidRPr="00C46B78" w:rsidRDefault="00C46B78" w:rsidP="001179C2">
            <w:pPr>
              <w:pStyle w:val="aa"/>
              <w:pBdr>
                <w:bottom w:val="none" w:sz="0" w:space="0" w:color="auto"/>
              </w:pBdr>
              <w:rPr>
                <w:rFonts w:ascii="Times New Roman" w:hAnsi="Times New Roman" w:cs="Times New Roman"/>
                <w:b/>
                <w:color w:val="000000" w:themeColor="text1"/>
                <w:sz w:val="24"/>
                <w:szCs w:val="24"/>
                <w:lang w:val="ru-RU"/>
              </w:rPr>
            </w:pPr>
            <w:r w:rsidRPr="00C46B78">
              <w:rPr>
                <w:rFonts w:ascii="Times New Roman" w:hAnsi="Times New Roman" w:cs="Times New Roman"/>
                <w:b/>
                <w:color w:val="000000" w:themeColor="text1"/>
                <w:sz w:val="24"/>
                <w:szCs w:val="24"/>
              </w:rPr>
              <w:t>8. ҚОРЫТЫНДЫ ЕРЕЖЕЛЕР</w:t>
            </w:r>
          </w:p>
        </w:tc>
      </w:tr>
      <w:tr w:rsidR="001179C2" w:rsidRPr="00C46B78" w:rsidTr="0020029F">
        <w:tc>
          <w:tcPr>
            <w:tcW w:w="5246" w:type="dxa"/>
          </w:tcPr>
          <w:p w:rsidR="001179C2" w:rsidRPr="00C46B78" w:rsidRDefault="001179C2" w:rsidP="001179C2">
            <w:pPr>
              <w:jc w:val="both"/>
              <w:rPr>
                <w:rFonts w:cs="Times New Roman"/>
                <w:color w:val="000000" w:themeColor="text1"/>
                <w:sz w:val="24"/>
                <w:szCs w:val="24"/>
                <w:lang w:val="ru-RU"/>
              </w:rPr>
            </w:pPr>
            <w:r w:rsidRPr="00C46B78">
              <w:rPr>
                <w:rFonts w:cs="Times New Roman"/>
                <w:color w:val="000000" w:themeColor="text1"/>
                <w:sz w:val="24"/>
                <w:szCs w:val="24"/>
                <w:lang w:val="ru-RU"/>
              </w:rPr>
              <w:t>8.1. Условия Договора могут быть изменены Исполнителем в одностороннем порядке. Изменения в Договоре публикуются в Интернете на сайте Исполнителя или на бумажном носителе по месту нахождения Исполнителя. Изменения вступают в силу с момента их публичного размещения.</w:t>
            </w:r>
          </w:p>
          <w:p w:rsidR="001179C2" w:rsidRPr="00C46B78" w:rsidRDefault="001179C2" w:rsidP="001179C2">
            <w:pPr>
              <w:rPr>
                <w:rFonts w:cs="Times New Roman"/>
                <w:color w:val="000000" w:themeColor="text1"/>
                <w:sz w:val="24"/>
                <w:szCs w:val="24"/>
                <w:lang w:val="ru-RU"/>
              </w:rPr>
            </w:pPr>
          </w:p>
        </w:tc>
        <w:tc>
          <w:tcPr>
            <w:tcW w:w="5103" w:type="dxa"/>
          </w:tcPr>
          <w:p w:rsidR="001179C2" w:rsidRPr="00C46B78" w:rsidRDefault="00C46B78" w:rsidP="00C46B78">
            <w:pPr>
              <w:pStyle w:val="aa"/>
              <w:pBdr>
                <w:bottom w:val="none" w:sz="0" w:space="0" w:color="auto"/>
              </w:pBdr>
              <w:jc w:val="both"/>
              <w:rPr>
                <w:rFonts w:ascii="Times New Roman" w:hAnsi="Times New Roman" w:cs="Times New Roman"/>
                <w:color w:val="000000" w:themeColor="text1"/>
                <w:sz w:val="24"/>
                <w:szCs w:val="24"/>
                <w:lang w:val="ru-RU"/>
              </w:rPr>
            </w:pPr>
            <w:r w:rsidRPr="00C46B78">
              <w:rPr>
                <w:rFonts w:ascii="Times New Roman" w:hAnsi="Times New Roman" w:cs="Times New Roman"/>
                <w:bCs/>
                <w:color w:val="000000" w:themeColor="text1"/>
                <w:sz w:val="24"/>
                <w:szCs w:val="24"/>
                <w:lang w:val="ru-RU"/>
              </w:rPr>
              <w:t>8.1.</w:t>
            </w:r>
            <w:r w:rsidRPr="00C46B78">
              <w:rPr>
                <w:rFonts w:ascii="Times New Roman" w:hAnsi="Times New Roman" w:cs="Times New Roman"/>
                <w:color w:val="000000" w:themeColor="text1"/>
                <w:sz w:val="24"/>
                <w:szCs w:val="24"/>
                <w:lang w:val="ru-RU"/>
              </w:rPr>
              <w:t xml:space="preserve"> Орындаушы Шарттың талаптарын біржақты тәртіппен өзгертуге құқылы. Шартқа енгізілген өзгерістер Орындаушының веб-сайтында не орналасқан жерінде қағаз түрінде жарияланады. </w:t>
            </w:r>
            <w:r w:rsidRPr="00C46B78">
              <w:rPr>
                <w:rFonts w:ascii="Times New Roman" w:hAnsi="Times New Roman" w:cs="Times New Roman"/>
                <w:color w:val="000000" w:themeColor="text1"/>
                <w:sz w:val="24"/>
                <w:szCs w:val="24"/>
              </w:rPr>
              <w:t>Өзгерістер олар жарияланған сәттен бастап күшіне енеді.</w:t>
            </w:r>
          </w:p>
        </w:tc>
      </w:tr>
      <w:tr w:rsidR="001179C2" w:rsidRPr="00812E08" w:rsidTr="0020029F">
        <w:tc>
          <w:tcPr>
            <w:tcW w:w="5246" w:type="dxa"/>
          </w:tcPr>
          <w:p w:rsidR="001179C2" w:rsidRPr="00C46B78" w:rsidRDefault="001179C2" w:rsidP="001179C2">
            <w:pPr>
              <w:jc w:val="both"/>
              <w:rPr>
                <w:rFonts w:cs="Times New Roman"/>
                <w:color w:val="000000" w:themeColor="text1"/>
                <w:sz w:val="24"/>
                <w:szCs w:val="24"/>
                <w:lang w:val="ru-RU"/>
              </w:rPr>
            </w:pPr>
            <w:r w:rsidRPr="00C46B78">
              <w:rPr>
                <w:rFonts w:cs="Times New Roman"/>
                <w:color w:val="000000" w:themeColor="text1"/>
                <w:sz w:val="24"/>
                <w:szCs w:val="24"/>
                <w:lang w:val="ru-RU"/>
              </w:rPr>
              <w:lastRenderedPageBreak/>
              <w:t>8.2. Не вступая в противоречие с условиями Публичной оферты, Пациент и Исполнитель вправе в любое время оформить договор на оказание платных медицинских услуг в форме письменного двухстороннего документа.</w:t>
            </w:r>
          </w:p>
          <w:p w:rsidR="001179C2" w:rsidRPr="00C46B78" w:rsidRDefault="001179C2" w:rsidP="001179C2">
            <w:pPr>
              <w:jc w:val="both"/>
              <w:rPr>
                <w:rFonts w:cs="Times New Roman"/>
                <w:color w:val="000000" w:themeColor="text1"/>
                <w:sz w:val="24"/>
                <w:szCs w:val="24"/>
                <w:lang w:val="ru-RU"/>
              </w:rPr>
            </w:pPr>
          </w:p>
        </w:tc>
        <w:tc>
          <w:tcPr>
            <w:tcW w:w="5103" w:type="dxa"/>
          </w:tcPr>
          <w:p w:rsidR="001179C2" w:rsidRPr="00C46B78" w:rsidRDefault="00C46B78" w:rsidP="00C46B78">
            <w:pPr>
              <w:pStyle w:val="aa"/>
              <w:pBdr>
                <w:bottom w:val="none" w:sz="0" w:space="0" w:color="auto"/>
              </w:pBdr>
              <w:jc w:val="both"/>
              <w:rPr>
                <w:rFonts w:ascii="Times New Roman" w:hAnsi="Times New Roman" w:cs="Times New Roman"/>
                <w:color w:val="000000" w:themeColor="text1"/>
                <w:sz w:val="24"/>
                <w:szCs w:val="24"/>
                <w:lang w:val="ru-RU"/>
              </w:rPr>
            </w:pPr>
            <w:r w:rsidRPr="00C46B78">
              <w:rPr>
                <w:rFonts w:ascii="Times New Roman" w:hAnsi="Times New Roman" w:cs="Times New Roman"/>
                <w:color w:val="000000" w:themeColor="text1"/>
                <w:sz w:val="24"/>
                <w:szCs w:val="24"/>
                <w:lang w:val="ru-RU"/>
              </w:rPr>
              <w:t>8.2. Жария оферта талаптарына қайшы келмейтін жағдайда, Пациент пен Орындаушы кез келген уақытта ақылы медициналық қызметтер көрсету туралы жазбаша екіжақты шарт жасасуға құқылы.</w:t>
            </w:r>
          </w:p>
        </w:tc>
      </w:tr>
      <w:tr w:rsidR="001179C2" w:rsidRPr="00812E08" w:rsidTr="0020029F">
        <w:tc>
          <w:tcPr>
            <w:tcW w:w="5246" w:type="dxa"/>
          </w:tcPr>
          <w:p w:rsidR="001179C2" w:rsidRPr="00C46B78" w:rsidRDefault="001179C2" w:rsidP="001179C2">
            <w:pPr>
              <w:jc w:val="both"/>
              <w:rPr>
                <w:rFonts w:cs="Times New Roman"/>
                <w:color w:val="000000" w:themeColor="text1"/>
                <w:sz w:val="24"/>
                <w:szCs w:val="24"/>
                <w:lang w:val="ru-RU"/>
              </w:rPr>
            </w:pPr>
            <w:r w:rsidRPr="00C46B78">
              <w:rPr>
                <w:rFonts w:cs="Times New Roman"/>
                <w:color w:val="000000" w:themeColor="text1"/>
                <w:sz w:val="24"/>
                <w:szCs w:val="24"/>
                <w:lang w:val="ru-RU"/>
              </w:rPr>
              <w:t>8.3. Стороны обязуются решать все возникшие по Договору споры путем переговоров и направлением письменной претензии. Все неурегулированные сторонами споры в течение 15 дней с даты направления письменной претензии разрешаются в судебном порядке, предусмотренном действующим законодательством Республики Казахстан.</w:t>
            </w:r>
          </w:p>
          <w:p w:rsidR="001179C2" w:rsidRPr="00C46B78" w:rsidRDefault="001179C2" w:rsidP="001179C2">
            <w:pPr>
              <w:jc w:val="both"/>
              <w:rPr>
                <w:rFonts w:cs="Times New Roman"/>
                <w:color w:val="000000" w:themeColor="text1"/>
                <w:sz w:val="24"/>
                <w:szCs w:val="24"/>
                <w:lang w:val="ru-RU"/>
              </w:rPr>
            </w:pPr>
          </w:p>
        </w:tc>
        <w:tc>
          <w:tcPr>
            <w:tcW w:w="5103" w:type="dxa"/>
          </w:tcPr>
          <w:p w:rsidR="001179C2" w:rsidRPr="003320EB" w:rsidRDefault="003320EB" w:rsidP="00EA4147">
            <w:pPr>
              <w:pStyle w:val="aa"/>
              <w:pBdr>
                <w:bottom w:val="none" w:sz="0" w:space="0" w:color="auto"/>
              </w:pBdr>
              <w:jc w:val="both"/>
              <w:rPr>
                <w:rFonts w:ascii="Times New Roman" w:hAnsi="Times New Roman" w:cs="Times New Roman"/>
                <w:color w:val="000000" w:themeColor="text1"/>
                <w:sz w:val="24"/>
                <w:szCs w:val="24"/>
                <w:lang w:val="ru-RU"/>
              </w:rPr>
            </w:pPr>
            <w:r w:rsidRPr="003320EB">
              <w:rPr>
                <w:rFonts w:ascii="Times New Roman" w:hAnsi="Times New Roman" w:cs="Times New Roman"/>
                <w:bCs/>
                <w:color w:val="000000" w:themeColor="text1"/>
                <w:sz w:val="24"/>
                <w:szCs w:val="24"/>
                <w:lang w:val="ru-RU"/>
              </w:rPr>
              <w:t>8.3.</w:t>
            </w:r>
            <w:r w:rsidRPr="003320EB">
              <w:rPr>
                <w:rFonts w:ascii="Times New Roman" w:hAnsi="Times New Roman" w:cs="Times New Roman"/>
                <w:color w:val="000000" w:themeColor="text1"/>
                <w:sz w:val="24"/>
                <w:szCs w:val="24"/>
                <w:lang w:val="ru-RU"/>
              </w:rPr>
              <w:t xml:space="preserve"> Тараптар Шарт бойынша туындаған барлық дауларды келіссөздер жүргізу және жазбаша наразылық жіберу арқылы шешуге міндеттенеді. Жазбаша наразылық жіберілген күннен бастап 15 күн ішінде тараптар реттемеген барлық даулар Қазақстан Республикасының қолданыстағы заңнамасында белгіленген тәртіппен сотта шешіледі.</w:t>
            </w:r>
          </w:p>
        </w:tc>
      </w:tr>
      <w:tr w:rsidR="001179C2" w:rsidRPr="00812E08" w:rsidTr="0020029F">
        <w:tc>
          <w:tcPr>
            <w:tcW w:w="5246" w:type="dxa"/>
          </w:tcPr>
          <w:p w:rsidR="001179C2" w:rsidRPr="00C46B78" w:rsidRDefault="001179C2" w:rsidP="001179C2">
            <w:pPr>
              <w:jc w:val="both"/>
              <w:rPr>
                <w:rFonts w:cs="Times New Roman"/>
                <w:color w:val="000000" w:themeColor="text1"/>
                <w:sz w:val="24"/>
                <w:szCs w:val="24"/>
                <w:lang w:val="ru-RU"/>
              </w:rPr>
            </w:pPr>
            <w:r w:rsidRPr="00C46B78">
              <w:rPr>
                <w:rFonts w:cs="Times New Roman"/>
                <w:color w:val="000000" w:themeColor="text1"/>
                <w:sz w:val="24"/>
                <w:szCs w:val="24"/>
                <w:lang w:val="ru-RU"/>
              </w:rPr>
              <w:t xml:space="preserve">8.4. Настоящая Публичная оферта составлена на государственном и русском языках, имеющих одинаковую юридическую силу. </w:t>
            </w:r>
          </w:p>
        </w:tc>
        <w:tc>
          <w:tcPr>
            <w:tcW w:w="5103" w:type="dxa"/>
          </w:tcPr>
          <w:p w:rsidR="001179C2" w:rsidRPr="003320EB" w:rsidRDefault="003320EB" w:rsidP="00EA4147">
            <w:pPr>
              <w:pStyle w:val="aa"/>
              <w:pBdr>
                <w:bottom w:val="none" w:sz="0" w:space="0" w:color="auto"/>
              </w:pBdr>
              <w:jc w:val="both"/>
              <w:rPr>
                <w:rFonts w:ascii="Times New Roman" w:hAnsi="Times New Roman" w:cs="Times New Roman"/>
                <w:color w:val="000000" w:themeColor="text1"/>
                <w:sz w:val="24"/>
                <w:szCs w:val="24"/>
                <w:lang w:val="ru-RU"/>
              </w:rPr>
            </w:pPr>
            <w:r w:rsidRPr="003320EB">
              <w:rPr>
                <w:rFonts w:ascii="Times New Roman" w:hAnsi="Times New Roman" w:cs="Times New Roman"/>
                <w:bCs/>
                <w:color w:val="000000" w:themeColor="text1"/>
                <w:sz w:val="24"/>
                <w:szCs w:val="24"/>
                <w:lang w:val="ru-RU"/>
              </w:rPr>
              <w:t>8.4.</w:t>
            </w:r>
            <w:r w:rsidRPr="003320EB">
              <w:rPr>
                <w:rFonts w:ascii="Times New Roman" w:hAnsi="Times New Roman" w:cs="Times New Roman"/>
                <w:color w:val="000000" w:themeColor="text1"/>
                <w:sz w:val="24"/>
                <w:szCs w:val="24"/>
                <w:lang w:val="ru-RU"/>
              </w:rPr>
              <w:t xml:space="preserve"> Осы Жария оферта мемлекеттік және орыс тілдерінде жасалған және олардың заңды күші бірдей</w:t>
            </w:r>
            <w:r w:rsidR="00EA4147">
              <w:rPr>
                <w:rFonts w:ascii="Times New Roman" w:hAnsi="Times New Roman" w:cs="Times New Roman"/>
                <w:color w:val="000000" w:themeColor="text1"/>
                <w:sz w:val="24"/>
                <w:szCs w:val="24"/>
                <w:lang w:val="ru-RU"/>
              </w:rPr>
              <w:t xml:space="preserve"> болып</w:t>
            </w:r>
            <w:r w:rsidR="005F0A9D">
              <w:rPr>
                <w:rFonts w:ascii="Times New Roman" w:hAnsi="Times New Roman" w:cs="Times New Roman"/>
                <w:color w:val="000000" w:themeColor="text1"/>
                <w:sz w:val="24"/>
                <w:szCs w:val="24"/>
                <w:lang w:val="ru-RU"/>
              </w:rPr>
              <w:t xml:space="preserve"> табылады</w:t>
            </w:r>
            <w:r w:rsidRPr="003320EB">
              <w:rPr>
                <w:rFonts w:ascii="Times New Roman" w:hAnsi="Times New Roman" w:cs="Times New Roman"/>
                <w:color w:val="000000" w:themeColor="text1"/>
                <w:sz w:val="24"/>
                <w:szCs w:val="24"/>
                <w:lang w:val="ru-RU"/>
              </w:rPr>
              <w:t>.</w:t>
            </w:r>
          </w:p>
        </w:tc>
      </w:tr>
    </w:tbl>
    <w:p w:rsidR="005C6DBF" w:rsidRPr="00C46B78" w:rsidRDefault="005C6DBF" w:rsidP="00FE76B8">
      <w:pPr>
        <w:rPr>
          <w:rFonts w:cs="Times New Roman"/>
          <w:color w:val="000000" w:themeColor="text1"/>
          <w:sz w:val="24"/>
          <w:szCs w:val="24"/>
          <w:lang w:val="ru-RU"/>
        </w:rPr>
      </w:pPr>
    </w:p>
    <w:sectPr w:rsidR="005C6DBF" w:rsidRPr="00C46B78" w:rsidSect="00210D0E">
      <w:pgSz w:w="12240" w:h="15840"/>
      <w:pgMar w:top="993" w:right="1800" w:bottom="993"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58A62F6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5D5491A"/>
    <w:multiLevelType w:val="multilevel"/>
    <w:tmpl w:val="6604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91039"/>
    <w:multiLevelType w:val="multilevel"/>
    <w:tmpl w:val="0574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923E2"/>
    <w:multiLevelType w:val="multilevel"/>
    <w:tmpl w:val="9B12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E5B8F"/>
    <w:multiLevelType w:val="multilevel"/>
    <w:tmpl w:val="B2E8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5BA0"/>
    <w:rsid w:val="00034616"/>
    <w:rsid w:val="0006063C"/>
    <w:rsid w:val="000A6D43"/>
    <w:rsid w:val="001179C2"/>
    <w:rsid w:val="001378CE"/>
    <w:rsid w:val="0015074B"/>
    <w:rsid w:val="0015284C"/>
    <w:rsid w:val="001543E6"/>
    <w:rsid w:val="00180DAD"/>
    <w:rsid w:val="001B0423"/>
    <w:rsid w:val="0020029F"/>
    <w:rsid w:val="00210D0E"/>
    <w:rsid w:val="002355D6"/>
    <w:rsid w:val="00236A1F"/>
    <w:rsid w:val="00286B3D"/>
    <w:rsid w:val="0029639D"/>
    <w:rsid w:val="002B1C43"/>
    <w:rsid w:val="00316E07"/>
    <w:rsid w:val="00326F90"/>
    <w:rsid w:val="003320EB"/>
    <w:rsid w:val="0035646D"/>
    <w:rsid w:val="003578A3"/>
    <w:rsid w:val="003D0F57"/>
    <w:rsid w:val="00494A47"/>
    <w:rsid w:val="004E2CF2"/>
    <w:rsid w:val="00552C95"/>
    <w:rsid w:val="005562C2"/>
    <w:rsid w:val="00561BB4"/>
    <w:rsid w:val="00577432"/>
    <w:rsid w:val="005A33EA"/>
    <w:rsid w:val="005B264D"/>
    <w:rsid w:val="005C6DBF"/>
    <w:rsid w:val="005E2D07"/>
    <w:rsid w:val="005F0A9D"/>
    <w:rsid w:val="005F64FB"/>
    <w:rsid w:val="006246ED"/>
    <w:rsid w:val="006456F0"/>
    <w:rsid w:val="00664AEA"/>
    <w:rsid w:val="006747AA"/>
    <w:rsid w:val="006B07E6"/>
    <w:rsid w:val="00812E08"/>
    <w:rsid w:val="0084249F"/>
    <w:rsid w:val="00846AB4"/>
    <w:rsid w:val="00847636"/>
    <w:rsid w:val="008A552F"/>
    <w:rsid w:val="009272E6"/>
    <w:rsid w:val="00941C34"/>
    <w:rsid w:val="00983386"/>
    <w:rsid w:val="00A17B6E"/>
    <w:rsid w:val="00A30F5F"/>
    <w:rsid w:val="00A47154"/>
    <w:rsid w:val="00A54112"/>
    <w:rsid w:val="00A758F0"/>
    <w:rsid w:val="00A856A1"/>
    <w:rsid w:val="00AA1D8D"/>
    <w:rsid w:val="00AF37F1"/>
    <w:rsid w:val="00B47730"/>
    <w:rsid w:val="00B50F9A"/>
    <w:rsid w:val="00B70A0C"/>
    <w:rsid w:val="00B85D9E"/>
    <w:rsid w:val="00B86650"/>
    <w:rsid w:val="00B95D9E"/>
    <w:rsid w:val="00BA1540"/>
    <w:rsid w:val="00BC11C2"/>
    <w:rsid w:val="00BD39B0"/>
    <w:rsid w:val="00BF7AA2"/>
    <w:rsid w:val="00C46B78"/>
    <w:rsid w:val="00C77AC9"/>
    <w:rsid w:val="00CB0664"/>
    <w:rsid w:val="00CF06E9"/>
    <w:rsid w:val="00D0170E"/>
    <w:rsid w:val="00D01FCA"/>
    <w:rsid w:val="00D11DE6"/>
    <w:rsid w:val="00D24659"/>
    <w:rsid w:val="00D46560"/>
    <w:rsid w:val="00D602FE"/>
    <w:rsid w:val="00D61733"/>
    <w:rsid w:val="00DD590C"/>
    <w:rsid w:val="00DD7B02"/>
    <w:rsid w:val="00DE5506"/>
    <w:rsid w:val="00E11BB7"/>
    <w:rsid w:val="00E60467"/>
    <w:rsid w:val="00EA4147"/>
    <w:rsid w:val="00EB7B08"/>
    <w:rsid w:val="00F03A80"/>
    <w:rsid w:val="00F10576"/>
    <w:rsid w:val="00F34F37"/>
    <w:rsid w:val="00F72B14"/>
    <w:rsid w:val="00FC693F"/>
    <w:rsid w:val="00FE7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30A968"/>
  <w14:defaultImageDpi w14:val="300"/>
  <w15:docId w15:val="{91F78BD4-E4D4-4ABD-A41E-FEE2E489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B95D9E"/>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B95D9E"/>
    <w:rPr>
      <w:rFonts w:ascii="Segoe UI" w:eastAsia="Times New Roman" w:hAnsi="Segoe UI" w:cs="Segoe UI"/>
      <w:sz w:val="18"/>
      <w:szCs w:val="18"/>
    </w:rPr>
  </w:style>
  <w:style w:type="paragraph" w:styleId="affa">
    <w:name w:val="Normal (Web)"/>
    <w:basedOn w:val="a1"/>
    <w:uiPriority w:val="99"/>
    <w:unhideWhenUsed/>
    <w:rsid w:val="00BF7AA2"/>
    <w:pPr>
      <w:spacing w:before="100" w:beforeAutospacing="1" w:after="100" w:afterAutospacing="1" w:line="240" w:lineRule="auto"/>
    </w:pPr>
    <w:rPr>
      <w:rFonts w:cs="Times New Roman"/>
      <w:sz w:val="24"/>
      <w:szCs w:val="24"/>
      <w:lang w:val="ru-RU" w:eastAsia="ru-RU"/>
    </w:rPr>
  </w:style>
  <w:style w:type="character" w:styleId="affb">
    <w:name w:val="Hyperlink"/>
    <w:basedOn w:val="a2"/>
    <w:uiPriority w:val="99"/>
    <w:unhideWhenUsed/>
    <w:rsid w:val="001179C2"/>
    <w:rPr>
      <w:color w:val="0000FF" w:themeColor="hyperlink"/>
      <w:u w:val="single"/>
    </w:rPr>
  </w:style>
  <w:style w:type="paragraph" w:styleId="HTML">
    <w:name w:val="HTML Preformatted"/>
    <w:basedOn w:val="a1"/>
    <w:link w:val="HTML0"/>
    <w:uiPriority w:val="99"/>
    <w:semiHidden/>
    <w:unhideWhenUsed/>
    <w:rsid w:val="0081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2"/>
    <w:link w:val="HTML"/>
    <w:uiPriority w:val="99"/>
    <w:semiHidden/>
    <w:rsid w:val="00812E08"/>
    <w:rPr>
      <w:rFonts w:ascii="Courier New" w:eastAsia="Times New Roman" w:hAnsi="Courier New" w:cs="Courier New"/>
      <w:sz w:val="20"/>
      <w:szCs w:val="20"/>
      <w:lang w:val="ru-RU" w:eastAsia="ru-RU"/>
    </w:rPr>
  </w:style>
  <w:style w:type="character" w:customStyle="1" w:styleId="y2iqfc">
    <w:name w:val="y2iqfc"/>
    <w:basedOn w:val="a2"/>
    <w:rsid w:val="00812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9668">
      <w:bodyDiv w:val="1"/>
      <w:marLeft w:val="0"/>
      <w:marRight w:val="0"/>
      <w:marTop w:val="0"/>
      <w:marBottom w:val="0"/>
      <w:divBdr>
        <w:top w:val="none" w:sz="0" w:space="0" w:color="auto"/>
        <w:left w:val="none" w:sz="0" w:space="0" w:color="auto"/>
        <w:bottom w:val="none" w:sz="0" w:space="0" w:color="auto"/>
        <w:right w:val="none" w:sz="0" w:space="0" w:color="auto"/>
      </w:divBdr>
    </w:div>
    <w:div w:id="382559108">
      <w:bodyDiv w:val="1"/>
      <w:marLeft w:val="0"/>
      <w:marRight w:val="0"/>
      <w:marTop w:val="0"/>
      <w:marBottom w:val="0"/>
      <w:divBdr>
        <w:top w:val="none" w:sz="0" w:space="0" w:color="auto"/>
        <w:left w:val="none" w:sz="0" w:space="0" w:color="auto"/>
        <w:bottom w:val="none" w:sz="0" w:space="0" w:color="auto"/>
        <w:right w:val="none" w:sz="0" w:space="0" w:color="auto"/>
      </w:divBdr>
    </w:div>
    <w:div w:id="557978390">
      <w:bodyDiv w:val="1"/>
      <w:marLeft w:val="0"/>
      <w:marRight w:val="0"/>
      <w:marTop w:val="0"/>
      <w:marBottom w:val="0"/>
      <w:divBdr>
        <w:top w:val="none" w:sz="0" w:space="0" w:color="auto"/>
        <w:left w:val="none" w:sz="0" w:space="0" w:color="auto"/>
        <w:bottom w:val="none" w:sz="0" w:space="0" w:color="auto"/>
        <w:right w:val="none" w:sz="0" w:space="0" w:color="auto"/>
      </w:divBdr>
    </w:div>
    <w:div w:id="602810248">
      <w:bodyDiv w:val="1"/>
      <w:marLeft w:val="0"/>
      <w:marRight w:val="0"/>
      <w:marTop w:val="0"/>
      <w:marBottom w:val="0"/>
      <w:divBdr>
        <w:top w:val="none" w:sz="0" w:space="0" w:color="auto"/>
        <w:left w:val="none" w:sz="0" w:space="0" w:color="auto"/>
        <w:bottom w:val="none" w:sz="0" w:space="0" w:color="auto"/>
        <w:right w:val="none" w:sz="0" w:space="0" w:color="auto"/>
      </w:divBdr>
    </w:div>
    <w:div w:id="851148287">
      <w:bodyDiv w:val="1"/>
      <w:marLeft w:val="0"/>
      <w:marRight w:val="0"/>
      <w:marTop w:val="0"/>
      <w:marBottom w:val="0"/>
      <w:divBdr>
        <w:top w:val="none" w:sz="0" w:space="0" w:color="auto"/>
        <w:left w:val="none" w:sz="0" w:space="0" w:color="auto"/>
        <w:bottom w:val="none" w:sz="0" w:space="0" w:color="auto"/>
        <w:right w:val="none" w:sz="0" w:space="0" w:color="auto"/>
      </w:divBdr>
    </w:div>
    <w:div w:id="943465680">
      <w:bodyDiv w:val="1"/>
      <w:marLeft w:val="0"/>
      <w:marRight w:val="0"/>
      <w:marTop w:val="0"/>
      <w:marBottom w:val="0"/>
      <w:divBdr>
        <w:top w:val="none" w:sz="0" w:space="0" w:color="auto"/>
        <w:left w:val="none" w:sz="0" w:space="0" w:color="auto"/>
        <w:bottom w:val="none" w:sz="0" w:space="0" w:color="auto"/>
        <w:right w:val="none" w:sz="0" w:space="0" w:color="auto"/>
      </w:divBdr>
    </w:div>
    <w:div w:id="1247762716">
      <w:bodyDiv w:val="1"/>
      <w:marLeft w:val="0"/>
      <w:marRight w:val="0"/>
      <w:marTop w:val="0"/>
      <w:marBottom w:val="0"/>
      <w:divBdr>
        <w:top w:val="none" w:sz="0" w:space="0" w:color="auto"/>
        <w:left w:val="none" w:sz="0" w:space="0" w:color="auto"/>
        <w:bottom w:val="none" w:sz="0" w:space="0" w:color="auto"/>
        <w:right w:val="none" w:sz="0" w:space="0" w:color="auto"/>
      </w:divBdr>
    </w:div>
    <w:div w:id="1284773085">
      <w:bodyDiv w:val="1"/>
      <w:marLeft w:val="0"/>
      <w:marRight w:val="0"/>
      <w:marTop w:val="0"/>
      <w:marBottom w:val="0"/>
      <w:divBdr>
        <w:top w:val="none" w:sz="0" w:space="0" w:color="auto"/>
        <w:left w:val="none" w:sz="0" w:space="0" w:color="auto"/>
        <w:bottom w:val="none" w:sz="0" w:space="0" w:color="auto"/>
        <w:right w:val="none" w:sz="0" w:space="0" w:color="auto"/>
      </w:divBdr>
    </w:div>
    <w:div w:id="1345473835">
      <w:bodyDiv w:val="1"/>
      <w:marLeft w:val="0"/>
      <w:marRight w:val="0"/>
      <w:marTop w:val="0"/>
      <w:marBottom w:val="0"/>
      <w:divBdr>
        <w:top w:val="none" w:sz="0" w:space="0" w:color="auto"/>
        <w:left w:val="none" w:sz="0" w:space="0" w:color="auto"/>
        <w:bottom w:val="none" w:sz="0" w:space="0" w:color="auto"/>
        <w:right w:val="none" w:sz="0" w:space="0" w:color="auto"/>
      </w:divBdr>
    </w:div>
    <w:div w:id="1562718126">
      <w:bodyDiv w:val="1"/>
      <w:marLeft w:val="0"/>
      <w:marRight w:val="0"/>
      <w:marTop w:val="0"/>
      <w:marBottom w:val="0"/>
      <w:divBdr>
        <w:top w:val="none" w:sz="0" w:space="0" w:color="auto"/>
        <w:left w:val="none" w:sz="0" w:space="0" w:color="auto"/>
        <w:bottom w:val="none" w:sz="0" w:space="0" w:color="auto"/>
        <w:right w:val="none" w:sz="0" w:space="0" w:color="auto"/>
      </w:divBdr>
    </w:div>
    <w:div w:id="1618029040">
      <w:bodyDiv w:val="1"/>
      <w:marLeft w:val="0"/>
      <w:marRight w:val="0"/>
      <w:marTop w:val="0"/>
      <w:marBottom w:val="0"/>
      <w:divBdr>
        <w:top w:val="none" w:sz="0" w:space="0" w:color="auto"/>
        <w:left w:val="none" w:sz="0" w:space="0" w:color="auto"/>
        <w:bottom w:val="none" w:sz="0" w:space="0" w:color="auto"/>
        <w:right w:val="none" w:sz="0" w:space="0" w:color="auto"/>
      </w:divBdr>
    </w:div>
    <w:div w:id="1674071411">
      <w:bodyDiv w:val="1"/>
      <w:marLeft w:val="0"/>
      <w:marRight w:val="0"/>
      <w:marTop w:val="0"/>
      <w:marBottom w:val="0"/>
      <w:divBdr>
        <w:top w:val="none" w:sz="0" w:space="0" w:color="auto"/>
        <w:left w:val="none" w:sz="0" w:space="0" w:color="auto"/>
        <w:bottom w:val="none" w:sz="0" w:space="0" w:color="auto"/>
        <w:right w:val="none" w:sz="0" w:space="0" w:color="auto"/>
      </w:divBdr>
    </w:div>
    <w:div w:id="1711222238">
      <w:bodyDiv w:val="1"/>
      <w:marLeft w:val="0"/>
      <w:marRight w:val="0"/>
      <w:marTop w:val="0"/>
      <w:marBottom w:val="0"/>
      <w:divBdr>
        <w:top w:val="none" w:sz="0" w:space="0" w:color="auto"/>
        <w:left w:val="none" w:sz="0" w:space="0" w:color="auto"/>
        <w:bottom w:val="none" w:sz="0" w:space="0" w:color="auto"/>
        <w:right w:val="none" w:sz="0" w:space="0" w:color="auto"/>
      </w:divBdr>
    </w:div>
    <w:div w:id="1766808345">
      <w:bodyDiv w:val="1"/>
      <w:marLeft w:val="0"/>
      <w:marRight w:val="0"/>
      <w:marTop w:val="0"/>
      <w:marBottom w:val="0"/>
      <w:divBdr>
        <w:top w:val="none" w:sz="0" w:space="0" w:color="auto"/>
        <w:left w:val="none" w:sz="0" w:space="0" w:color="auto"/>
        <w:bottom w:val="none" w:sz="0" w:space="0" w:color="auto"/>
        <w:right w:val="none" w:sz="0" w:space="0" w:color="auto"/>
      </w:divBdr>
    </w:div>
    <w:div w:id="1778914139">
      <w:bodyDiv w:val="1"/>
      <w:marLeft w:val="0"/>
      <w:marRight w:val="0"/>
      <w:marTop w:val="0"/>
      <w:marBottom w:val="0"/>
      <w:divBdr>
        <w:top w:val="none" w:sz="0" w:space="0" w:color="auto"/>
        <w:left w:val="none" w:sz="0" w:space="0" w:color="auto"/>
        <w:bottom w:val="none" w:sz="0" w:space="0" w:color="auto"/>
        <w:right w:val="none" w:sz="0" w:space="0" w:color="auto"/>
      </w:divBdr>
    </w:div>
    <w:div w:id="2065132997">
      <w:bodyDiv w:val="1"/>
      <w:marLeft w:val="0"/>
      <w:marRight w:val="0"/>
      <w:marTop w:val="0"/>
      <w:marBottom w:val="0"/>
      <w:divBdr>
        <w:top w:val="none" w:sz="0" w:space="0" w:color="auto"/>
        <w:left w:val="none" w:sz="0" w:space="0" w:color="auto"/>
        <w:bottom w:val="none" w:sz="0" w:space="0" w:color="auto"/>
        <w:right w:val="none" w:sz="0" w:space="0" w:color="auto"/>
      </w:divBdr>
    </w:div>
    <w:div w:id="20977006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2D08C-3DA1-4B07-A606-DFC4DEF6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4344</Words>
  <Characters>24761</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29047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2</cp:revision>
  <cp:lastPrinted>2025-07-10T13:27:00Z</cp:lastPrinted>
  <dcterms:created xsi:type="dcterms:W3CDTF">2026-06-24T12:57:00Z</dcterms:created>
  <dcterms:modified xsi:type="dcterms:W3CDTF">2026-06-24T12:57:00Z</dcterms:modified>
  <cp:category/>
</cp:coreProperties>
</file>